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ASSP Demo Chapter EC Virtual Meeting-20261208_170233-Meeting Recording</w:t>
      </w:r>
    </w:p>
    <w:p w:rsidR="00000000" w:rsidDel="00000000" w:rsidP="00000000" w:rsidRDefault="00000000" w:rsidRPr="00000000" w14:paraId="00000002">
      <w:pPr>
        <w:rPr/>
      </w:pPr>
      <w:r w:rsidDel="00000000" w:rsidR="00000000" w:rsidRPr="00000000">
        <w:rPr>
          <w:rtl w:val="0"/>
        </w:rPr>
        <w:t xml:space="preserve">December 8, 2026, 5:02PM</w:t>
      </w:r>
    </w:p>
    <w:p w:rsidR="00000000" w:rsidDel="00000000" w:rsidP="00000000" w:rsidRDefault="00000000" w:rsidRPr="00000000" w14:paraId="00000003">
      <w:pPr>
        <w:rPr/>
      </w:pPr>
      <w:r w:rsidDel="00000000" w:rsidR="00000000" w:rsidRPr="00000000">
        <w:rPr>
          <w:rtl w:val="0"/>
        </w:rPr>
        <w:t xml:space="preserve">11m 37s</w:t>
      </w:r>
    </w:p>
    <w:p w:rsidR="00000000" w:rsidDel="00000000" w:rsidP="00000000" w:rsidRDefault="00000000" w:rsidRPr="00000000" w14:paraId="00000004">
      <w:pPr>
        <w:rPr/>
      </w:pPr>
      <w:r w:rsidDel="00000000" w:rsidR="00000000" w:rsidRPr="00000000">
        <w:rPr>
          <w:rtl w:val="0"/>
        </w:rPr>
        <w:t xml:space="preserve">Okafor, Daniel T started transcription</w:t>
      </w:r>
    </w:p>
    <w:p w:rsidR="00000000" w:rsidDel="00000000" w:rsidP="00000000" w:rsidRDefault="00000000" w:rsidRPr="00000000" w14:paraId="00000005">
      <w:pPr>
        <w:rPr/>
      </w:pPr>
      <w:r w:rsidDel="00000000" w:rsidR="00000000" w:rsidRPr="00000000">
        <w:rPr>
          <w:rtl w:val="0"/>
        </w:rPr>
        <w:t xml:space="preserve">Okafor, Daniel T 0:04</w:t>
      </w:r>
    </w:p>
    <w:p w:rsidR="00000000" w:rsidDel="00000000" w:rsidP="00000000" w:rsidRDefault="00000000" w:rsidRPr="00000000" w14:paraId="00000006">
      <w:pPr>
        <w:rPr/>
      </w:pPr>
      <w:r w:rsidDel="00000000" w:rsidR="00000000" w:rsidRPr="00000000">
        <w:rPr>
          <w:rtl w:val="0"/>
        </w:rPr>
        <w:t xml:space="preserve">OK, it's a couple minutes after five, so let's go ahead. I'm calling the December executive committee meeting of the Granite Harbor Chapter to order. Recording is on. The secretary seat is open right now, so Karen has agreed to take attendance and notes tonight. Karen?</w:t>
      </w:r>
    </w:p>
    <w:p w:rsidR="00000000" w:rsidDel="00000000" w:rsidP="00000000" w:rsidRDefault="00000000" w:rsidRPr="00000000" w14:paraId="00000007">
      <w:pPr>
        <w:rPr/>
      </w:pPr>
      <w:r w:rsidDel="00000000" w:rsidR="00000000" w:rsidRPr="00000000">
        <w:rPr>
          <w:rtl w:val="0"/>
        </w:rPr>
        <w:t xml:space="preserve">Schultz, Karen 0:21</w:t>
      </w:r>
    </w:p>
    <w:p w:rsidR="00000000" w:rsidDel="00000000" w:rsidP="00000000" w:rsidRDefault="00000000" w:rsidRPr="00000000" w14:paraId="00000008">
      <w:pPr>
        <w:rPr/>
      </w:pPr>
      <w:r w:rsidDel="00000000" w:rsidR="00000000" w:rsidRPr="00000000">
        <w:rPr>
          <w:rtl w:val="0"/>
        </w:rPr>
        <w:t xml:space="preserve">Sure. Daniel Okafor, president.</w:t>
      </w:r>
    </w:p>
    <w:p w:rsidR="00000000" w:rsidDel="00000000" w:rsidP="00000000" w:rsidRDefault="00000000" w:rsidRPr="00000000" w14:paraId="00000009">
      <w:pPr>
        <w:rPr/>
      </w:pPr>
      <w:r w:rsidDel="00000000" w:rsidR="00000000" w:rsidRPr="00000000">
        <w:rPr>
          <w:rtl w:val="0"/>
        </w:rPr>
        <w:t xml:space="preserve">Okafor, Daniel T 0:24</w:t>
      </w:r>
    </w:p>
    <w:p w:rsidR="00000000" w:rsidDel="00000000" w:rsidP="00000000" w:rsidRDefault="00000000" w:rsidRPr="00000000" w14:paraId="0000000A">
      <w:pPr>
        <w:rPr/>
      </w:pPr>
      <w:r w:rsidDel="00000000" w:rsidR="00000000" w:rsidRPr="00000000">
        <w:rPr>
          <w:rtl w:val="0"/>
        </w:rPr>
        <w:t xml:space="preserve">Here.</w:t>
      </w:r>
    </w:p>
    <w:p w:rsidR="00000000" w:rsidDel="00000000" w:rsidP="00000000" w:rsidRDefault="00000000" w:rsidRPr="00000000" w14:paraId="0000000B">
      <w:pPr>
        <w:rPr/>
      </w:pPr>
      <w:r w:rsidDel="00000000" w:rsidR="00000000" w:rsidRPr="00000000">
        <w:rPr>
          <w:rtl w:val="0"/>
        </w:rPr>
        <w:t xml:space="preserve">Schultz, Karen 0:25</w:t>
      </w:r>
    </w:p>
    <w:p w:rsidR="00000000" w:rsidDel="00000000" w:rsidP="00000000" w:rsidRDefault="00000000" w:rsidRPr="00000000" w14:paraId="0000000C">
      <w:pPr>
        <w:rPr/>
      </w:pPr>
      <w:r w:rsidDel="00000000" w:rsidR="00000000" w:rsidRPr="00000000">
        <w:rPr>
          <w:rtl w:val="0"/>
        </w:rPr>
        <w:t xml:space="preserve">I'm here as president-elect. Linda Marsh, treasurer.</w:t>
      </w:r>
    </w:p>
    <w:p w:rsidR="00000000" w:rsidDel="00000000" w:rsidP="00000000" w:rsidRDefault="00000000" w:rsidRPr="00000000" w14:paraId="0000000D">
      <w:pPr>
        <w:rPr/>
      </w:pPr>
      <w:r w:rsidDel="00000000" w:rsidR="00000000" w:rsidRPr="00000000">
        <w:rPr>
          <w:rtl w:val="0"/>
        </w:rPr>
        <w:t xml:space="preserve">Linda Marsh 0:29</w:t>
      </w:r>
    </w:p>
    <w:p w:rsidR="00000000" w:rsidDel="00000000" w:rsidP="00000000" w:rsidRDefault="00000000" w:rsidRPr="00000000" w14:paraId="0000000E">
      <w:pPr>
        <w:rPr/>
      </w:pPr>
      <w:r w:rsidDel="00000000" w:rsidR="00000000" w:rsidRPr="00000000">
        <w:rPr>
          <w:rtl w:val="0"/>
        </w:rPr>
        <w:t xml:space="preserve">Present.</w:t>
      </w:r>
    </w:p>
    <w:p w:rsidR="00000000" w:rsidDel="00000000" w:rsidP="00000000" w:rsidRDefault="00000000" w:rsidRPr="00000000" w14:paraId="0000000F">
      <w:pPr>
        <w:rPr/>
      </w:pPr>
      <w:r w:rsidDel="00000000" w:rsidR="00000000" w:rsidRPr="00000000">
        <w:rPr>
          <w:rtl w:val="0"/>
        </w:rPr>
        <w:t xml:space="preserve">Schultz, Karen 0:30</w:t>
      </w:r>
    </w:p>
    <w:p w:rsidR="00000000" w:rsidDel="00000000" w:rsidP="00000000" w:rsidRDefault="00000000" w:rsidRPr="00000000" w14:paraId="00000010">
      <w:pPr>
        <w:rPr/>
      </w:pPr>
      <w:r w:rsidDel="00000000" w:rsidR="00000000" w:rsidRPr="00000000">
        <w:rPr>
          <w:rtl w:val="0"/>
        </w:rPr>
        <w:t xml:space="preserve">Tom Reyes, programs.</w:t>
      </w:r>
    </w:p>
    <w:p w:rsidR="00000000" w:rsidDel="00000000" w:rsidP="00000000" w:rsidRDefault="00000000" w:rsidRPr="00000000" w14:paraId="00000011">
      <w:pPr>
        <w:rPr/>
      </w:pPr>
      <w:r w:rsidDel="00000000" w:rsidR="00000000" w:rsidRPr="00000000">
        <w:rPr>
          <w:rtl w:val="0"/>
        </w:rPr>
        <w:t xml:space="preserve">Tom Reyes 0:32</w:t>
      </w:r>
    </w:p>
    <w:p w:rsidR="00000000" w:rsidDel="00000000" w:rsidP="00000000" w:rsidRDefault="00000000" w:rsidRPr="00000000" w14:paraId="00000012">
      <w:pPr>
        <w:rPr/>
      </w:pPr>
      <w:r w:rsidDel="00000000" w:rsidR="00000000" w:rsidRPr="00000000">
        <w:rPr>
          <w:rtl w:val="0"/>
        </w:rPr>
        <w:t xml:space="preserve">Here.</w:t>
      </w:r>
    </w:p>
    <w:p w:rsidR="00000000" w:rsidDel="00000000" w:rsidP="00000000" w:rsidRDefault="00000000" w:rsidRPr="00000000" w14:paraId="00000013">
      <w:pPr>
        <w:rPr/>
      </w:pPr>
      <w:r w:rsidDel="00000000" w:rsidR="00000000" w:rsidRPr="00000000">
        <w:rPr>
          <w:rtl w:val="0"/>
        </w:rPr>
        <w:t xml:space="preserve">Schultz, Karen 0:33</w:t>
      </w:r>
    </w:p>
    <w:p w:rsidR="00000000" w:rsidDel="00000000" w:rsidP="00000000" w:rsidRDefault="00000000" w:rsidRPr="00000000" w14:paraId="00000014">
      <w:pPr>
        <w:rPr/>
      </w:pPr>
      <w:r w:rsidDel="00000000" w:rsidR="00000000" w:rsidRPr="00000000">
        <w:rPr>
          <w:rtl w:val="0"/>
        </w:rPr>
        <w:t xml:space="preserve">Dev Patel, membership.</w:t>
      </w:r>
    </w:p>
    <w:p w:rsidR="00000000" w:rsidDel="00000000" w:rsidP="00000000" w:rsidRDefault="00000000" w:rsidRPr="00000000" w14:paraId="00000015">
      <w:pPr>
        <w:rPr/>
      </w:pPr>
      <w:r w:rsidDel="00000000" w:rsidR="00000000" w:rsidRPr="00000000">
        <w:rPr>
          <w:rtl w:val="0"/>
        </w:rPr>
        <w:t xml:space="preserve">Dev Patel 0:35</w:t>
      </w:r>
    </w:p>
    <w:p w:rsidR="00000000" w:rsidDel="00000000" w:rsidP="00000000" w:rsidRDefault="00000000" w:rsidRPr="00000000" w14:paraId="00000016">
      <w:pPr>
        <w:rPr/>
      </w:pPr>
      <w:r w:rsidDel="00000000" w:rsidR="00000000" w:rsidRPr="00000000">
        <w:rPr>
          <w:rtl w:val="0"/>
        </w:rPr>
        <w:t xml:space="preserve">Here. On time this month.</w:t>
      </w:r>
    </w:p>
    <w:p w:rsidR="00000000" w:rsidDel="00000000" w:rsidP="00000000" w:rsidRDefault="00000000" w:rsidRPr="00000000" w14:paraId="00000017">
      <w:pPr>
        <w:rPr/>
      </w:pPr>
      <w:r w:rsidDel="00000000" w:rsidR="00000000" w:rsidRPr="00000000">
        <w:rPr>
          <w:rtl w:val="0"/>
        </w:rPr>
        <w:t xml:space="preserve">Schultz, Karen 0:38</w:t>
      </w:r>
    </w:p>
    <w:p w:rsidR="00000000" w:rsidDel="00000000" w:rsidP="00000000" w:rsidRDefault="00000000" w:rsidRPr="00000000" w14:paraId="00000018">
      <w:pPr>
        <w:rPr/>
      </w:pPr>
      <w:r w:rsidDel="00000000" w:rsidR="00000000" w:rsidRPr="00000000">
        <w:rPr>
          <w:rtl w:val="0"/>
        </w:rPr>
        <w:t xml:space="preserve">Noted for the record. Maya Lindqvist, student section liaison.</w:t>
      </w:r>
    </w:p>
    <w:p w:rsidR="00000000" w:rsidDel="00000000" w:rsidP="00000000" w:rsidRDefault="00000000" w:rsidRPr="00000000" w14:paraId="00000019">
      <w:pPr>
        <w:rPr/>
      </w:pPr>
      <w:r w:rsidDel="00000000" w:rsidR="00000000" w:rsidRPr="00000000">
        <w:rPr>
          <w:rtl w:val="0"/>
        </w:rPr>
        <w:t xml:space="preserve">Maya Lindqvist 0:42</w:t>
      </w:r>
    </w:p>
    <w:p w:rsidR="00000000" w:rsidDel="00000000" w:rsidP="00000000" w:rsidRDefault="00000000" w:rsidRPr="00000000" w14:paraId="0000001A">
      <w:pPr>
        <w:rPr/>
      </w:pPr>
      <w:r w:rsidDel="00000000" w:rsidR="00000000" w:rsidRPr="00000000">
        <w:rPr>
          <w:rtl w:val="0"/>
        </w:rPr>
        <w:t xml:space="preserve">Here.</w:t>
      </w:r>
    </w:p>
    <w:p w:rsidR="00000000" w:rsidDel="00000000" w:rsidP="00000000" w:rsidRDefault="00000000" w:rsidRPr="00000000" w14:paraId="0000001B">
      <w:pPr>
        <w:rPr/>
      </w:pPr>
      <w:r w:rsidDel="00000000" w:rsidR="00000000" w:rsidRPr="00000000">
        <w:rPr>
          <w:rtl w:val="0"/>
        </w:rPr>
        <w:t xml:space="preserve">Schultz, Karen 0:43</w:t>
      </w:r>
    </w:p>
    <w:p w:rsidR="00000000" w:rsidDel="00000000" w:rsidP="00000000" w:rsidRDefault="00000000" w:rsidRPr="00000000" w14:paraId="0000001C">
      <w:pPr>
        <w:rPr/>
      </w:pPr>
      <w:r w:rsidDel="00000000" w:rsidR="00000000" w:rsidRPr="00000000">
        <w:rPr>
          <w:rtl w:val="0"/>
        </w:rPr>
        <w:t xml:space="preserve">OK. That's all six seated voting members, so we have a quorum.</w:t>
      </w:r>
    </w:p>
    <w:p w:rsidR="00000000" w:rsidDel="00000000" w:rsidP="00000000" w:rsidRDefault="00000000" w:rsidRPr="00000000" w14:paraId="0000001D">
      <w:pPr>
        <w:rPr/>
      </w:pPr>
      <w:r w:rsidDel="00000000" w:rsidR="00000000" w:rsidRPr="00000000">
        <w:rPr>
          <w:rtl w:val="0"/>
        </w:rPr>
        <w:t xml:space="preserve">Okafor, Daniel T 0:49</w:t>
      </w:r>
    </w:p>
    <w:p w:rsidR="00000000" w:rsidDel="00000000" w:rsidP="00000000" w:rsidRDefault="00000000" w:rsidRPr="00000000" w14:paraId="0000001E">
      <w:pPr>
        <w:rPr/>
      </w:pPr>
      <w:r w:rsidDel="00000000" w:rsidR="00000000" w:rsidRPr="00000000">
        <w:rPr>
          <w:rtl w:val="0"/>
        </w:rPr>
        <w:t xml:space="preserve">Great. Thank you, Karen. First item is the November minutes. Those went out on the 24th. Any corrections?</w:t>
      </w:r>
    </w:p>
    <w:p w:rsidR="00000000" w:rsidDel="00000000" w:rsidP="00000000" w:rsidRDefault="00000000" w:rsidRPr="00000000" w14:paraId="0000001F">
      <w:pPr>
        <w:rPr/>
      </w:pPr>
      <w:r w:rsidDel="00000000" w:rsidR="00000000" w:rsidRPr="00000000">
        <w:rPr>
          <w:rtl w:val="0"/>
        </w:rPr>
        <w:t xml:space="preserve">Dev Patel 0:58</w:t>
      </w:r>
    </w:p>
    <w:p w:rsidR="00000000" w:rsidDel="00000000" w:rsidP="00000000" w:rsidRDefault="00000000" w:rsidRPr="00000000" w14:paraId="00000020">
      <w:pPr>
        <w:rPr/>
      </w:pPr>
      <w:r w:rsidDel="00000000" w:rsidR="00000000" w:rsidRPr="00000000">
        <w:rPr>
          <w:rtl w:val="0"/>
        </w:rPr>
        <w:t xml:space="preserve">One small one. It has the new member orientation as the 12th. It's Wednesday the 13th.</w:t>
      </w:r>
    </w:p>
    <w:p w:rsidR="00000000" w:rsidDel="00000000" w:rsidP="00000000" w:rsidRDefault="00000000" w:rsidRPr="00000000" w14:paraId="00000021">
      <w:pPr>
        <w:rPr/>
      </w:pPr>
      <w:r w:rsidDel="00000000" w:rsidR="00000000" w:rsidRPr="00000000">
        <w:rPr>
          <w:rtl w:val="0"/>
        </w:rPr>
        <w:t xml:space="preserve">Schultz, Karen 1:04</w:t>
      </w:r>
    </w:p>
    <w:p w:rsidR="00000000" w:rsidDel="00000000" w:rsidP="00000000" w:rsidRDefault="00000000" w:rsidRPr="00000000" w14:paraId="00000022">
      <w:pPr>
        <w:rPr/>
      </w:pPr>
      <w:r w:rsidDel="00000000" w:rsidR="00000000" w:rsidRPr="00000000">
        <w:rPr>
          <w:rtl w:val="0"/>
        </w:rPr>
        <w:t xml:space="preserve">Got it. I'll fix that.</w:t>
      </w:r>
    </w:p>
    <w:p w:rsidR="00000000" w:rsidDel="00000000" w:rsidP="00000000" w:rsidRDefault="00000000" w:rsidRPr="00000000" w14:paraId="00000023">
      <w:pPr>
        <w:rPr/>
      </w:pPr>
      <w:r w:rsidDel="00000000" w:rsidR="00000000" w:rsidRPr="00000000">
        <w:rPr>
          <w:rtl w:val="0"/>
        </w:rPr>
        <w:t xml:space="preserve">Okafor, Daniel T 1:07</w:t>
      </w:r>
    </w:p>
    <w:p w:rsidR="00000000" w:rsidDel="00000000" w:rsidP="00000000" w:rsidRDefault="00000000" w:rsidRPr="00000000" w14:paraId="00000024">
      <w:pPr>
        <w:rPr/>
      </w:pPr>
      <w:r w:rsidDel="00000000" w:rsidR="00000000" w:rsidRPr="00000000">
        <w:rPr>
          <w:rtl w:val="0"/>
        </w:rPr>
        <w:t xml:space="preserve">OK. Can I get a motion to approve the November minutes as corrected?</w:t>
      </w:r>
    </w:p>
    <w:p w:rsidR="00000000" w:rsidDel="00000000" w:rsidP="00000000" w:rsidRDefault="00000000" w:rsidRPr="00000000" w14:paraId="00000025">
      <w:pPr>
        <w:rPr/>
      </w:pPr>
      <w:r w:rsidDel="00000000" w:rsidR="00000000" w:rsidRPr="00000000">
        <w:rPr>
          <w:rtl w:val="0"/>
        </w:rPr>
        <w:t xml:space="preserve">Tom Reyes 1:12</w:t>
      </w:r>
    </w:p>
    <w:p w:rsidR="00000000" w:rsidDel="00000000" w:rsidP="00000000" w:rsidRDefault="00000000" w:rsidRPr="00000000" w14:paraId="00000026">
      <w:pPr>
        <w:rPr/>
      </w:pPr>
      <w:r w:rsidDel="00000000" w:rsidR="00000000" w:rsidRPr="00000000">
        <w:rPr>
          <w:rtl w:val="0"/>
        </w:rPr>
        <w:t xml:space="preserve">So moved.</w:t>
      </w:r>
    </w:p>
    <w:p w:rsidR="00000000" w:rsidDel="00000000" w:rsidP="00000000" w:rsidRDefault="00000000" w:rsidRPr="00000000" w14:paraId="00000027">
      <w:pPr>
        <w:rPr/>
      </w:pPr>
      <w:r w:rsidDel="00000000" w:rsidR="00000000" w:rsidRPr="00000000">
        <w:rPr>
          <w:rtl w:val="0"/>
        </w:rPr>
        <w:t xml:space="preserve">Linda Marsh 1:13</w:t>
      </w:r>
    </w:p>
    <w:p w:rsidR="00000000" w:rsidDel="00000000" w:rsidP="00000000" w:rsidRDefault="00000000" w:rsidRPr="00000000" w14:paraId="00000028">
      <w:pPr>
        <w:rPr/>
      </w:pPr>
      <w:r w:rsidDel="00000000" w:rsidR="00000000" w:rsidRPr="00000000">
        <w:rPr>
          <w:rtl w:val="0"/>
        </w:rPr>
        <w:t xml:space="preserve">Second.</w:t>
      </w:r>
    </w:p>
    <w:p w:rsidR="00000000" w:rsidDel="00000000" w:rsidP="00000000" w:rsidRDefault="00000000" w:rsidRPr="00000000" w14:paraId="00000029">
      <w:pPr>
        <w:rPr/>
      </w:pPr>
      <w:r w:rsidDel="00000000" w:rsidR="00000000" w:rsidRPr="00000000">
        <w:rPr>
          <w:rtl w:val="0"/>
        </w:rPr>
        <w:t xml:space="preserve">Okafor, Daniel T 1:15</w:t>
      </w:r>
    </w:p>
    <w:p w:rsidR="00000000" w:rsidDel="00000000" w:rsidP="00000000" w:rsidRDefault="00000000" w:rsidRPr="00000000" w14:paraId="0000002A">
      <w:pPr>
        <w:rPr/>
      </w:pPr>
      <w:r w:rsidDel="00000000" w:rsidR="00000000" w:rsidRPr="00000000">
        <w:rPr>
          <w:rtl w:val="0"/>
        </w:rPr>
        <w:t xml:space="preserve">All in favor?</w:t>
      </w:r>
    </w:p>
    <w:p w:rsidR="00000000" w:rsidDel="00000000" w:rsidP="00000000" w:rsidRDefault="00000000" w:rsidRPr="00000000" w14:paraId="0000002B">
      <w:pPr>
        <w:rPr/>
      </w:pPr>
      <w:r w:rsidDel="00000000" w:rsidR="00000000" w:rsidRPr="00000000">
        <w:rPr>
          <w:rtl w:val="0"/>
        </w:rPr>
        <w:t xml:space="preserve">Dev Patel 1:16</w:t>
      </w:r>
    </w:p>
    <w:p w:rsidR="00000000" w:rsidDel="00000000" w:rsidP="00000000" w:rsidRDefault="00000000" w:rsidRPr="00000000" w14:paraId="0000002C">
      <w:pPr>
        <w:rPr/>
      </w:pPr>
      <w:r w:rsidDel="00000000" w:rsidR="00000000" w:rsidRPr="00000000">
        <w:rPr>
          <w:rtl w:val="0"/>
        </w:rPr>
        <w:t xml:space="preserve">Aye.</w:t>
      </w:r>
    </w:p>
    <w:p w:rsidR="00000000" w:rsidDel="00000000" w:rsidP="00000000" w:rsidRDefault="00000000" w:rsidRPr="00000000" w14:paraId="0000002D">
      <w:pPr>
        <w:rPr/>
      </w:pPr>
      <w:r w:rsidDel="00000000" w:rsidR="00000000" w:rsidRPr="00000000">
        <w:rPr>
          <w:rtl w:val="0"/>
        </w:rPr>
        <w:t xml:space="preserve">Maya Lindqvist 1:17</w:t>
      </w:r>
    </w:p>
    <w:p w:rsidR="00000000" w:rsidDel="00000000" w:rsidP="00000000" w:rsidRDefault="00000000" w:rsidRPr="00000000" w14:paraId="0000002E">
      <w:pPr>
        <w:rPr/>
      </w:pPr>
      <w:r w:rsidDel="00000000" w:rsidR="00000000" w:rsidRPr="00000000">
        <w:rPr>
          <w:rtl w:val="0"/>
        </w:rPr>
        <w:t xml:space="preserve">Aye.</w:t>
      </w:r>
    </w:p>
    <w:p w:rsidR="00000000" w:rsidDel="00000000" w:rsidP="00000000" w:rsidRDefault="00000000" w:rsidRPr="00000000" w14:paraId="0000002F">
      <w:pPr>
        <w:rPr/>
      </w:pPr>
      <w:r w:rsidDel="00000000" w:rsidR="00000000" w:rsidRPr="00000000">
        <w:rPr>
          <w:rtl w:val="0"/>
        </w:rPr>
        <w:t xml:space="preserve">Schultz, Karen 1:17</w:t>
      </w:r>
    </w:p>
    <w:p w:rsidR="00000000" w:rsidDel="00000000" w:rsidP="00000000" w:rsidRDefault="00000000" w:rsidRPr="00000000" w14:paraId="00000030">
      <w:pPr>
        <w:rPr/>
      </w:pPr>
      <w:r w:rsidDel="00000000" w:rsidR="00000000" w:rsidRPr="00000000">
        <w:rPr>
          <w:rtl w:val="0"/>
        </w:rPr>
        <w:t xml:space="preserve">Aye.</w:t>
      </w:r>
    </w:p>
    <w:p w:rsidR="00000000" w:rsidDel="00000000" w:rsidP="00000000" w:rsidRDefault="00000000" w:rsidRPr="00000000" w14:paraId="00000031">
      <w:pPr>
        <w:rPr/>
      </w:pPr>
      <w:r w:rsidDel="00000000" w:rsidR="00000000" w:rsidRPr="00000000">
        <w:rPr>
          <w:rtl w:val="0"/>
        </w:rPr>
        <w:t xml:space="preserve">Okafor, Daniel T 1:19</w:t>
      </w:r>
    </w:p>
    <w:p w:rsidR="00000000" w:rsidDel="00000000" w:rsidP="00000000" w:rsidRDefault="00000000" w:rsidRPr="00000000" w14:paraId="00000032">
      <w:pPr>
        <w:rPr/>
      </w:pPr>
      <w:r w:rsidDel="00000000" w:rsidR="00000000" w:rsidRPr="00000000">
        <w:rPr>
          <w:rtl w:val="0"/>
        </w:rPr>
        <w:t xml:space="preserve">Any opposed? OK, the minutes are approved. Treasurer's report. Linda.</w:t>
      </w:r>
    </w:p>
    <w:p w:rsidR="00000000" w:rsidDel="00000000" w:rsidP="00000000" w:rsidRDefault="00000000" w:rsidRPr="00000000" w14:paraId="00000033">
      <w:pPr>
        <w:rPr/>
      </w:pPr>
      <w:r w:rsidDel="00000000" w:rsidR="00000000" w:rsidRPr="00000000">
        <w:rPr>
          <w:rtl w:val="0"/>
        </w:rPr>
        <w:t xml:space="preserve">Linda Marsh 1:25</w:t>
      </w:r>
    </w:p>
    <w:p w:rsidR="00000000" w:rsidDel="00000000" w:rsidP="00000000" w:rsidRDefault="00000000" w:rsidRPr="00000000" w14:paraId="00000034">
      <w:pPr>
        <w:rPr/>
      </w:pPr>
      <w:r w:rsidDel="00000000" w:rsidR="00000000" w:rsidRPr="00000000">
        <w:rPr>
          <w:rtl w:val="0"/>
        </w:rPr>
        <w:t xml:space="preserve">Thanks. Sharing my screen. OK. So income this month was 3,320. That's the Harlow Industrial sponsorship, which did come in, 2,500, and 820 in registrations from the November technical meeting. Expenses were 945. That's 615 for catering, 150 for the room, and 180 for the website hosting renewal. That puts checking at 20,615. Reserve is unchanged at 96,415 until the next quarterly statement.</w:t>
      </w:r>
    </w:p>
    <w:p w:rsidR="00000000" w:rsidDel="00000000" w:rsidP="00000000" w:rsidRDefault="00000000" w:rsidRPr="00000000" w14:paraId="00000035">
      <w:pPr>
        <w:rPr/>
      </w:pPr>
      <w:r w:rsidDel="00000000" w:rsidR="00000000" w:rsidRPr="00000000">
        <w:rPr>
          <w:rtl w:val="0"/>
        </w:rPr>
        <w:t xml:space="preserve">Linda Marsh 2:02</w:t>
      </w:r>
    </w:p>
    <w:p w:rsidR="00000000" w:rsidDel="00000000" w:rsidP="00000000" w:rsidRDefault="00000000" w:rsidRPr="00000000" w14:paraId="00000036">
      <w:pPr>
        <w:rPr/>
      </w:pPr>
      <w:r w:rsidDel="00000000" w:rsidR="00000000" w:rsidRPr="00000000">
        <w:rPr>
          <w:rtl w:val="0"/>
        </w:rPr>
        <w:t xml:space="preserve">And that's the report.</w:t>
      </w:r>
    </w:p>
    <w:p w:rsidR="00000000" w:rsidDel="00000000" w:rsidP="00000000" w:rsidRDefault="00000000" w:rsidRPr="00000000" w14:paraId="00000037">
      <w:pPr>
        <w:rPr/>
      </w:pPr>
      <w:r w:rsidDel="00000000" w:rsidR="00000000" w:rsidRPr="00000000">
        <w:rPr>
          <w:rtl w:val="0"/>
        </w:rPr>
        <w:t xml:space="preserve">Okafor, Daniel T 2:05</w:t>
      </w:r>
    </w:p>
    <w:p w:rsidR="00000000" w:rsidDel="00000000" w:rsidP="00000000" w:rsidRDefault="00000000" w:rsidRPr="00000000" w14:paraId="00000038">
      <w:pPr>
        <w:rPr/>
      </w:pPr>
      <w:r w:rsidDel="00000000" w:rsidR="00000000" w:rsidRPr="00000000">
        <w:rPr>
          <w:rtl w:val="0"/>
        </w:rPr>
        <w:t xml:space="preserve">Thank you. Questions on Treasury?</w:t>
      </w:r>
    </w:p>
    <w:p w:rsidR="00000000" w:rsidDel="00000000" w:rsidP="00000000" w:rsidRDefault="00000000" w:rsidRPr="00000000" w14:paraId="00000039">
      <w:pPr>
        <w:rPr/>
      </w:pPr>
      <w:r w:rsidDel="00000000" w:rsidR="00000000" w:rsidRPr="00000000">
        <w:rPr>
          <w:rtl w:val="0"/>
        </w:rPr>
        <w:t xml:space="preserve">Schultz, Karen 2:09</w:t>
      </w:r>
    </w:p>
    <w:p w:rsidR="00000000" w:rsidDel="00000000" w:rsidP="00000000" w:rsidRDefault="00000000" w:rsidRPr="00000000" w14:paraId="0000003A">
      <w:pPr>
        <w:rPr/>
      </w:pPr>
      <w:r w:rsidDel="00000000" w:rsidR="00000000" w:rsidRPr="00000000">
        <w:rPr>
          <w:rtl w:val="0"/>
        </w:rPr>
        <w:t xml:space="preserve">Has the student ticket money gone out yet? The 390?</w:t>
      </w:r>
    </w:p>
    <w:p w:rsidR="00000000" w:rsidDel="00000000" w:rsidP="00000000" w:rsidRDefault="00000000" w:rsidRPr="00000000" w14:paraId="0000003B">
      <w:pPr>
        <w:rPr/>
      </w:pPr>
      <w:r w:rsidDel="00000000" w:rsidR="00000000" w:rsidRPr="00000000">
        <w:rPr>
          <w:rtl w:val="0"/>
        </w:rPr>
        <w:t xml:space="preserve">Linda Marsh 2:13</w:t>
      </w:r>
    </w:p>
    <w:p w:rsidR="00000000" w:rsidDel="00000000" w:rsidP="00000000" w:rsidRDefault="00000000" w:rsidRPr="00000000" w14:paraId="0000003C">
      <w:pPr>
        <w:rPr/>
      </w:pPr>
      <w:r w:rsidDel="00000000" w:rsidR="00000000" w:rsidRPr="00000000">
        <w:rPr>
          <w:rtl w:val="0"/>
        </w:rPr>
        <w:t xml:space="preserve">Not yet. That gets paid with the final banquet invoice in January, so you'll see it next month.</w:t>
      </w:r>
    </w:p>
    <w:p w:rsidR="00000000" w:rsidDel="00000000" w:rsidP="00000000" w:rsidRDefault="00000000" w:rsidRPr="00000000" w14:paraId="0000003D">
      <w:pPr>
        <w:rPr/>
      </w:pPr>
      <w:r w:rsidDel="00000000" w:rsidR="00000000" w:rsidRPr="00000000">
        <w:rPr>
          <w:rtl w:val="0"/>
        </w:rPr>
        <w:t xml:space="preserve">Schultz, Karen 2:19</w:t>
      </w:r>
    </w:p>
    <w:p w:rsidR="00000000" w:rsidDel="00000000" w:rsidP="00000000" w:rsidRDefault="00000000" w:rsidRPr="00000000" w14:paraId="0000003E">
      <w:pPr>
        <w:rPr/>
      </w:pPr>
      <w:r w:rsidDel="00000000" w:rsidR="00000000" w:rsidRPr="00000000">
        <w:rPr>
          <w:rtl w:val="0"/>
        </w:rPr>
        <w:t xml:space="preserve">OK, makes sense.</w:t>
      </w:r>
    </w:p>
    <w:p w:rsidR="00000000" w:rsidDel="00000000" w:rsidP="00000000" w:rsidRDefault="00000000" w:rsidRPr="00000000" w14:paraId="0000003F">
      <w:pPr>
        <w:rPr/>
      </w:pPr>
      <w:r w:rsidDel="00000000" w:rsidR="00000000" w:rsidRPr="00000000">
        <w:rPr>
          <w:rtl w:val="0"/>
        </w:rPr>
        <w:t xml:space="preserve">Okafor, Daniel T 2:22</w:t>
      </w:r>
    </w:p>
    <w:p w:rsidR="00000000" w:rsidDel="00000000" w:rsidP="00000000" w:rsidRDefault="00000000" w:rsidRPr="00000000" w14:paraId="00000040">
      <w:pPr>
        <w:rPr/>
      </w:pPr>
      <w:r w:rsidDel="00000000" w:rsidR="00000000" w:rsidRPr="00000000">
        <w:rPr>
          <w:rtl w:val="0"/>
        </w:rPr>
        <w:t xml:space="preserve">Anything else? Then I'd entertain a motion to accept the treasurer's report.</w:t>
      </w:r>
    </w:p>
    <w:p w:rsidR="00000000" w:rsidDel="00000000" w:rsidP="00000000" w:rsidRDefault="00000000" w:rsidRPr="00000000" w14:paraId="00000041">
      <w:pPr>
        <w:rPr/>
      </w:pPr>
      <w:r w:rsidDel="00000000" w:rsidR="00000000" w:rsidRPr="00000000">
        <w:rPr>
          <w:rtl w:val="0"/>
        </w:rPr>
        <w:t xml:space="preserve">Dev Patel 2:27</w:t>
      </w:r>
    </w:p>
    <w:p w:rsidR="00000000" w:rsidDel="00000000" w:rsidP="00000000" w:rsidRDefault="00000000" w:rsidRPr="00000000" w14:paraId="00000042">
      <w:pPr>
        <w:rPr/>
      </w:pPr>
      <w:r w:rsidDel="00000000" w:rsidR="00000000" w:rsidRPr="00000000">
        <w:rPr>
          <w:rtl w:val="0"/>
        </w:rPr>
        <w:t xml:space="preserve">So moved.</w:t>
      </w:r>
    </w:p>
    <w:p w:rsidR="00000000" w:rsidDel="00000000" w:rsidP="00000000" w:rsidRDefault="00000000" w:rsidRPr="00000000" w14:paraId="00000043">
      <w:pPr>
        <w:rPr/>
      </w:pPr>
      <w:r w:rsidDel="00000000" w:rsidR="00000000" w:rsidRPr="00000000">
        <w:rPr>
          <w:rtl w:val="0"/>
        </w:rPr>
        <w:t xml:space="preserve">Maya Lindqvist 2:29</w:t>
      </w:r>
    </w:p>
    <w:p w:rsidR="00000000" w:rsidDel="00000000" w:rsidP="00000000" w:rsidRDefault="00000000" w:rsidRPr="00000000" w14:paraId="00000044">
      <w:pPr>
        <w:rPr/>
      </w:pPr>
      <w:r w:rsidDel="00000000" w:rsidR="00000000" w:rsidRPr="00000000">
        <w:rPr>
          <w:rtl w:val="0"/>
        </w:rPr>
        <w:t xml:space="preserve">Second.</w:t>
      </w:r>
    </w:p>
    <w:p w:rsidR="00000000" w:rsidDel="00000000" w:rsidP="00000000" w:rsidRDefault="00000000" w:rsidRPr="00000000" w14:paraId="00000045">
      <w:pPr>
        <w:rPr/>
      </w:pPr>
      <w:r w:rsidDel="00000000" w:rsidR="00000000" w:rsidRPr="00000000">
        <w:rPr>
          <w:rtl w:val="0"/>
        </w:rPr>
        <w:t xml:space="preserve">Okafor, Daniel T 2:30</w:t>
      </w:r>
    </w:p>
    <w:p w:rsidR="00000000" w:rsidDel="00000000" w:rsidP="00000000" w:rsidRDefault="00000000" w:rsidRPr="00000000" w14:paraId="00000046">
      <w:pPr>
        <w:rPr/>
      </w:pPr>
      <w:r w:rsidDel="00000000" w:rsidR="00000000" w:rsidRPr="00000000">
        <w:rPr>
          <w:rtl w:val="0"/>
        </w:rPr>
        <w:t xml:space="preserve">All in favor?</w:t>
      </w:r>
    </w:p>
    <w:p w:rsidR="00000000" w:rsidDel="00000000" w:rsidP="00000000" w:rsidRDefault="00000000" w:rsidRPr="00000000" w14:paraId="00000047">
      <w:pPr>
        <w:rPr/>
      </w:pPr>
      <w:r w:rsidDel="00000000" w:rsidR="00000000" w:rsidRPr="00000000">
        <w:rPr>
          <w:rtl w:val="0"/>
        </w:rPr>
        <w:t xml:space="preserve">Tom Reyes 2:31</w:t>
      </w:r>
    </w:p>
    <w:p w:rsidR="00000000" w:rsidDel="00000000" w:rsidP="00000000" w:rsidRDefault="00000000" w:rsidRPr="00000000" w14:paraId="00000048">
      <w:pPr>
        <w:rPr/>
      </w:pPr>
      <w:r w:rsidDel="00000000" w:rsidR="00000000" w:rsidRPr="00000000">
        <w:rPr>
          <w:rtl w:val="0"/>
        </w:rPr>
        <w:t xml:space="preserve">Aye.</w:t>
      </w:r>
    </w:p>
    <w:p w:rsidR="00000000" w:rsidDel="00000000" w:rsidP="00000000" w:rsidRDefault="00000000" w:rsidRPr="00000000" w14:paraId="00000049">
      <w:pPr>
        <w:rPr/>
      </w:pPr>
      <w:r w:rsidDel="00000000" w:rsidR="00000000" w:rsidRPr="00000000">
        <w:rPr>
          <w:rtl w:val="0"/>
        </w:rPr>
        <w:t xml:space="preserve">Schultz, Karen 2:32</w:t>
      </w:r>
    </w:p>
    <w:p w:rsidR="00000000" w:rsidDel="00000000" w:rsidP="00000000" w:rsidRDefault="00000000" w:rsidRPr="00000000" w14:paraId="0000004A">
      <w:pPr>
        <w:rPr/>
      </w:pPr>
      <w:r w:rsidDel="00000000" w:rsidR="00000000" w:rsidRPr="00000000">
        <w:rPr>
          <w:rtl w:val="0"/>
        </w:rPr>
        <w:t xml:space="preserve">Aye.</w:t>
      </w:r>
    </w:p>
    <w:p w:rsidR="00000000" w:rsidDel="00000000" w:rsidP="00000000" w:rsidRDefault="00000000" w:rsidRPr="00000000" w14:paraId="0000004B">
      <w:pPr>
        <w:rPr/>
      </w:pPr>
      <w:r w:rsidDel="00000000" w:rsidR="00000000" w:rsidRPr="00000000">
        <w:rPr>
          <w:rtl w:val="0"/>
        </w:rPr>
        <w:t xml:space="preserve">Linda Marsh 2:32</w:t>
      </w:r>
    </w:p>
    <w:p w:rsidR="00000000" w:rsidDel="00000000" w:rsidP="00000000" w:rsidRDefault="00000000" w:rsidRPr="00000000" w14:paraId="0000004C">
      <w:pPr>
        <w:rPr/>
      </w:pPr>
      <w:r w:rsidDel="00000000" w:rsidR="00000000" w:rsidRPr="00000000">
        <w:rPr>
          <w:rtl w:val="0"/>
        </w:rPr>
        <w:t xml:space="preserve">Aye.</w:t>
      </w:r>
    </w:p>
    <w:p w:rsidR="00000000" w:rsidDel="00000000" w:rsidP="00000000" w:rsidRDefault="00000000" w:rsidRPr="00000000" w14:paraId="0000004D">
      <w:pPr>
        <w:rPr/>
      </w:pPr>
      <w:r w:rsidDel="00000000" w:rsidR="00000000" w:rsidRPr="00000000">
        <w:rPr>
          <w:rtl w:val="0"/>
        </w:rPr>
        <w:t xml:space="preserve">Okafor, Daniel T 2:34</w:t>
      </w:r>
    </w:p>
    <w:p w:rsidR="00000000" w:rsidDel="00000000" w:rsidP="00000000" w:rsidRDefault="00000000" w:rsidRPr="00000000" w14:paraId="0000004E">
      <w:pPr>
        <w:rPr/>
      </w:pPr>
      <w:r w:rsidDel="00000000" w:rsidR="00000000" w:rsidRPr="00000000">
        <w:rPr>
          <w:rtl w:val="0"/>
        </w:rPr>
        <w:t xml:space="preserve">Opposed? Motion carries. President's update. Three things. One, the chapter operations report is due to society a week from today, the 15th. I have numbers from programs and membership. Maya, I still need the student section.</w:t>
      </w:r>
    </w:p>
    <w:p w:rsidR="00000000" w:rsidDel="00000000" w:rsidP="00000000" w:rsidRDefault="00000000" w:rsidRPr="00000000" w14:paraId="0000004F">
      <w:pPr>
        <w:rPr/>
      </w:pPr>
      <w:r w:rsidDel="00000000" w:rsidR="00000000" w:rsidRPr="00000000">
        <w:rPr>
          <w:rtl w:val="0"/>
        </w:rPr>
        <w:t xml:space="preserve">Maya Lindqvist 2:51</w:t>
      </w:r>
    </w:p>
    <w:p w:rsidR="00000000" w:rsidDel="00000000" w:rsidP="00000000" w:rsidRDefault="00000000" w:rsidRPr="00000000" w14:paraId="00000050">
      <w:pPr>
        <w:rPr/>
      </w:pPr>
      <w:r w:rsidDel="00000000" w:rsidR="00000000" w:rsidRPr="00000000">
        <w:rPr>
          <w:rtl w:val="0"/>
        </w:rPr>
        <w:t xml:space="preserve">Sorry, yes. I have it. I'll send it tonight to you and Karen.</w:t>
      </w:r>
    </w:p>
    <w:p w:rsidR="00000000" w:rsidDel="00000000" w:rsidP="00000000" w:rsidRDefault="00000000" w:rsidRPr="00000000" w14:paraId="00000051">
      <w:pPr>
        <w:rPr/>
      </w:pPr>
      <w:r w:rsidDel="00000000" w:rsidR="00000000" w:rsidRPr="00000000">
        <w:rPr>
          <w:rtl w:val="0"/>
        </w:rPr>
        <w:t xml:space="preserve">Okafor, Daniel T 2:56</w:t>
      </w:r>
    </w:p>
    <w:p w:rsidR="00000000" w:rsidDel="00000000" w:rsidP="00000000" w:rsidRDefault="00000000" w:rsidRPr="00000000" w14:paraId="00000052">
      <w:pPr>
        <w:rPr/>
      </w:pPr>
      <w:r w:rsidDel="00000000" w:rsidR="00000000" w:rsidRPr="00000000">
        <w:rPr>
          <w:rtl w:val="0"/>
        </w:rPr>
        <w:t xml:space="preserve">Perfect. Two, the website. Chapter services transferred the admin rights to me last week, so I updated the officer page. If anyone wants a different headshot, send it to me.</w:t>
      </w:r>
    </w:p>
    <w:p w:rsidR="00000000" w:rsidDel="00000000" w:rsidP="00000000" w:rsidRDefault="00000000" w:rsidRPr="00000000" w14:paraId="00000053">
      <w:pPr>
        <w:rPr/>
      </w:pPr>
      <w:r w:rsidDel="00000000" w:rsidR="00000000" w:rsidRPr="00000000">
        <w:rPr>
          <w:rtl w:val="0"/>
        </w:rPr>
        <w:t xml:space="preserve">Tom Reyes 3:09</w:t>
      </w:r>
    </w:p>
    <w:p w:rsidR="00000000" w:rsidDel="00000000" w:rsidP="00000000" w:rsidRDefault="00000000" w:rsidRPr="00000000" w14:paraId="00000054">
      <w:pPr>
        <w:rPr/>
      </w:pPr>
      <w:r w:rsidDel="00000000" w:rsidR="00000000" w:rsidRPr="00000000">
        <w:rPr>
          <w:rtl w:val="0"/>
        </w:rPr>
        <w:t xml:space="preserve">Finally. Mine was from like 2019.</w:t>
      </w:r>
    </w:p>
    <w:p w:rsidR="00000000" w:rsidDel="00000000" w:rsidP="00000000" w:rsidRDefault="00000000" w:rsidRPr="00000000" w14:paraId="00000055">
      <w:pPr>
        <w:rPr/>
      </w:pPr>
      <w:r w:rsidDel="00000000" w:rsidR="00000000" w:rsidRPr="00000000">
        <w:rPr>
          <w:rtl w:val="0"/>
        </w:rPr>
        <w:t xml:space="preserve">Okafor, Daniel T 3:12</w:t>
      </w:r>
    </w:p>
    <w:p w:rsidR="00000000" w:rsidDel="00000000" w:rsidP="00000000" w:rsidRDefault="00000000" w:rsidRPr="00000000" w14:paraId="00000056">
      <w:pPr>
        <w:rPr/>
      </w:pPr>
      <w:r w:rsidDel="00000000" w:rsidR="00000000" w:rsidRPr="00000000">
        <w:rPr>
          <w:rtl w:val="0"/>
        </w:rPr>
        <w:t xml:space="preserve">It was not flattering. Three, the rock in Hartford, January 22 and 23. We had budget for one more delegate. Dev asked, so Dev is going.</w:t>
      </w:r>
    </w:p>
    <w:p w:rsidR="00000000" w:rsidDel="00000000" w:rsidP="00000000" w:rsidRDefault="00000000" w:rsidRPr="00000000" w14:paraId="00000057">
      <w:pPr>
        <w:rPr/>
      </w:pPr>
      <w:r w:rsidDel="00000000" w:rsidR="00000000" w:rsidRPr="00000000">
        <w:rPr>
          <w:rtl w:val="0"/>
        </w:rPr>
        <w:t xml:space="preserve">Dev Patel 3:24</w:t>
      </w:r>
    </w:p>
    <w:p w:rsidR="00000000" w:rsidDel="00000000" w:rsidP="00000000" w:rsidRDefault="00000000" w:rsidRPr="00000000" w14:paraId="00000058">
      <w:pPr>
        <w:rPr/>
      </w:pPr>
      <w:r w:rsidDel="00000000" w:rsidR="00000000" w:rsidRPr="00000000">
        <w:rPr>
          <w:rtl w:val="0"/>
        </w:rPr>
        <w:t xml:space="preserve">Yep. I'll book the hotel this week.</w:t>
      </w:r>
    </w:p>
    <w:p w:rsidR="00000000" w:rsidDel="00000000" w:rsidP="00000000" w:rsidRDefault="00000000" w:rsidRPr="00000000" w14:paraId="00000059">
      <w:pPr>
        <w:rPr/>
      </w:pPr>
      <w:r w:rsidDel="00000000" w:rsidR="00000000" w:rsidRPr="00000000">
        <w:rPr>
          <w:rtl w:val="0"/>
        </w:rPr>
        <w:t xml:space="preserve">Okafor, Daniel T 3:27</w:t>
      </w:r>
    </w:p>
    <w:p w:rsidR="00000000" w:rsidDel="00000000" w:rsidP="00000000" w:rsidRDefault="00000000" w:rsidRPr="00000000" w14:paraId="0000005A">
      <w:pPr>
        <w:rPr/>
      </w:pPr>
      <w:r w:rsidDel="00000000" w:rsidR="00000000" w:rsidRPr="00000000">
        <w:rPr>
          <w:rtl w:val="0"/>
        </w:rPr>
        <w:t xml:space="preserve">Use the block rate. The cutoff is December 30. OK, programs. Tom.</w:t>
      </w:r>
    </w:p>
    <w:p w:rsidR="00000000" w:rsidDel="00000000" w:rsidP="00000000" w:rsidRDefault="00000000" w:rsidRPr="00000000" w14:paraId="0000005B">
      <w:pPr>
        <w:rPr/>
      </w:pPr>
      <w:r w:rsidDel="00000000" w:rsidR="00000000" w:rsidRPr="00000000">
        <w:rPr>
          <w:rtl w:val="0"/>
        </w:rPr>
        <w:t xml:space="preserve">Tom Reyes 3:34</w:t>
      </w:r>
    </w:p>
    <w:p w:rsidR="00000000" w:rsidDel="00000000" w:rsidP="00000000" w:rsidRDefault="00000000" w:rsidRPr="00000000" w14:paraId="0000005C">
      <w:pPr>
        <w:rPr/>
      </w:pPr>
      <w:r w:rsidDel="00000000" w:rsidR="00000000" w:rsidRPr="00000000">
        <w:rPr>
          <w:rtl w:val="0"/>
        </w:rPr>
        <w:t xml:space="preserve">So November went well. Combustible dust with Angela Whitcomb. We had 41 in the room, which is the best turnout this year. Feedback forms were good. A few people asked for the slides and she said she's fine sharing them.</w:t>
      </w:r>
    </w:p>
    <w:p w:rsidR="00000000" w:rsidDel="00000000" w:rsidP="00000000" w:rsidRDefault="00000000" w:rsidRPr="00000000" w14:paraId="0000005D">
      <w:pPr>
        <w:rPr/>
      </w:pPr>
      <w:r w:rsidDel="00000000" w:rsidR="00000000" w:rsidRPr="00000000">
        <w:rPr>
          <w:rtl w:val="0"/>
        </w:rPr>
        <w:t xml:space="preserve">Schultz, Karen 3:51</w:t>
      </w:r>
    </w:p>
    <w:p w:rsidR="00000000" w:rsidDel="00000000" w:rsidP="00000000" w:rsidRDefault="00000000" w:rsidRPr="00000000" w14:paraId="0000005E">
      <w:pPr>
        <w:rPr/>
      </w:pPr>
      <w:r w:rsidDel="00000000" w:rsidR="00000000" w:rsidRPr="00000000">
        <w:rPr>
          <w:rtl w:val="0"/>
        </w:rPr>
        <w:t xml:space="preserve">Did we get the CEU sign in sheets back?</w:t>
      </w:r>
    </w:p>
    <w:p w:rsidR="00000000" w:rsidDel="00000000" w:rsidP="00000000" w:rsidRDefault="00000000" w:rsidRPr="00000000" w14:paraId="0000005F">
      <w:pPr>
        <w:rPr/>
      </w:pPr>
      <w:r w:rsidDel="00000000" w:rsidR="00000000" w:rsidRPr="00000000">
        <w:rPr>
          <w:rtl w:val="0"/>
        </w:rPr>
        <w:t xml:space="preserve">Tom Reyes 3:54</w:t>
      </w:r>
    </w:p>
    <w:p w:rsidR="00000000" w:rsidDel="00000000" w:rsidP="00000000" w:rsidRDefault="00000000" w:rsidRPr="00000000" w14:paraId="00000060">
      <w:pPr>
        <w:rPr/>
      </w:pPr>
      <w:r w:rsidDel="00000000" w:rsidR="00000000" w:rsidRPr="00000000">
        <w:rPr>
          <w:rtl w:val="0"/>
        </w:rPr>
        <w:t xml:space="preserve">I have them. I'll scan them and send them to you since you're covering secretary stuff.</w:t>
      </w:r>
    </w:p>
    <w:p w:rsidR="00000000" w:rsidDel="00000000" w:rsidP="00000000" w:rsidRDefault="00000000" w:rsidRPr="00000000" w14:paraId="00000061">
      <w:pPr>
        <w:rPr/>
      </w:pPr>
      <w:r w:rsidDel="00000000" w:rsidR="00000000" w:rsidRPr="00000000">
        <w:rPr>
          <w:rtl w:val="0"/>
        </w:rPr>
        <w:t xml:space="preserve">Schultz, Karen 3:59</w:t>
      </w:r>
    </w:p>
    <w:p w:rsidR="00000000" w:rsidDel="00000000" w:rsidP="00000000" w:rsidRDefault="00000000" w:rsidRPr="00000000" w14:paraId="00000062">
      <w:pPr>
        <w:rPr/>
      </w:pPr>
      <w:r w:rsidDel="00000000" w:rsidR="00000000" w:rsidRPr="00000000">
        <w:rPr>
          <w:rtl w:val="0"/>
        </w:rPr>
        <w:t xml:space="preserve">Thanks.</w:t>
      </w:r>
    </w:p>
    <w:p w:rsidR="00000000" w:rsidDel="00000000" w:rsidP="00000000" w:rsidRDefault="00000000" w:rsidRPr="00000000" w14:paraId="00000063">
      <w:pPr>
        <w:rPr/>
      </w:pPr>
      <w:r w:rsidDel="00000000" w:rsidR="00000000" w:rsidRPr="00000000">
        <w:rPr>
          <w:rtl w:val="0"/>
        </w:rPr>
        <w:t xml:space="preserve">Tom Reyes 4:01</w:t>
      </w:r>
    </w:p>
    <w:p w:rsidR="00000000" w:rsidDel="00000000" w:rsidP="00000000" w:rsidRDefault="00000000" w:rsidRPr="00000000" w14:paraId="00000064">
      <w:pPr>
        <w:rPr/>
      </w:pPr>
      <w:r w:rsidDel="00000000" w:rsidR="00000000" w:rsidRPr="00000000">
        <w:rPr>
          <w:rtl w:val="0"/>
        </w:rPr>
        <w:t xml:space="preserve">January is the heat illness panel. It's Thursday the 14th, same place, Millbrook. Linda's contact, Marcus Bell from Castlerock Foods, is confirmed. So I have two of three. I'm waiting on a yes from an occupational health nurse at Tri-County Medical.</w:t>
      </w:r>
    </w:p>
    <w:p w:rsidR="00000000" w:rsidDel="00000000" w:rsidP="00000000" w:rsidRDefault="00000000" w:rsidRPr="00000000" w14:paraId="00000065">
      <w:pPr>
        <w:rPr/>
      </w:pPr>
      <w:r w:rsidDel="00000000" w:rsidR="00000000" w:rsidRPr="00000000">
        <w:rPr>
          <w:rtl w:val="0"/>
        </w:rPr>
        <w:t xml:space="preserve">Okafor, Daniel T 4:21</w:t>
      </w:r>
    </w:p>
    <w:p w:rsidR="00000000" w:rsidDel="00000000" w:rsidP="00000000" w:rsidRDefault="00000000" w:rsidRPr="00000000" w14:paraId="00000066">
      <w:pPr>
        <w:rPr/>
      </w:pPr>
      <w:r w:rsidDel="00000000" w:rsidR="00000000" w:rsidRPr="00000000">
        <w:rPr>
          <w:rtl w:val="0"/>
        </w:rPr>
        <w:t xml:space="preserve">And if she says no?</w:t>
      </w:r>
    </w:p>
    <w:p w:rsidR="00000000" w:rsidDel="00000000" w:rsidP="00000000" w:rsidRDefault="00000000" w:rsidRPr="00000000" w14:paraId="00000067">
      <w:pPr>
        <w:rPr/>
      </w:pPr>
      <w:r w:rsidDel="00000000" w:rsidR="00000000" w:rsidRPr="00000000">
        <w:rPr>
          <w:rtl w:val="0"/>
        </w:rPr>
        <w:t xml:space="preserve">Tom Reyes 4:23</w:t>
      </w:r>
    </w:p>
    <w:p w:rsidR="00000000" w:rsidDel="00000000" w:rsidP="00000000" w:rsidRDefault="00000000" w:rsidRPr="00000000" w14:paraId="00000068">
      <w:pPr>
        <w:rPr/>
      </w:pPr>
      <w:r w:rsidDel="00000000" w:rsidR="00000000" w:rsidRPr="00000000">
        <w:rPr>
          <w:rtl w:val="0"/>
        </w:rPr>
        <w:t xml:space="preserve">Then I'd ask one of you to moderate and I'll sit on the panel myself. I ran a heat program for six summers.</w:t>
      </w:r>
    </w:p>
    <w:p w:rsidR="00000000" w:rsidDel="00000000" w:rsidP="00000000" w:rsidRDefault="00000000" w:rsidRPr="00000000" w14:paraId="00000069">
      <w:pPr>
        <w:rPr/>
      </w:pPr>
      <w:r w:rsidDel="00000000" w:rsidR="00000000" w:rsidRPr="00000000">
        <w:rPr>
          <w:rtl w:val="0"/>
        </w:rPr>
        <w:t xml:space="preserve">Linda Marsh 4:31</w:t>
      </w:r>
    </w:p>
    <w:p w:rsidR="00000000" w:rsidDel="00000000" w:rsidP="00000000" w:rsidRDefault="00000000" w:rsidRPr="00000000" w14:paraId="0000006A">
      <w:pPr>
        <w:rPr/>
      </w:pPr>
      <w:r w:rsidDel="00000000" w:rsidR="00000000" w:rsidRPr="00000000">
        <w:rPr>
          <w:rtl w:val="0"/>
        </w:rPr>
        <w:t xml:space="preserve">I can moderate either way if that helps.</w:t>
      </w:r>
    </w:p>
    <w:p w:rsidR="00000000" w:rsidDel="00000000" w:rsidP="00000000" w:rsidRDefault="00000000" w:rsidRPr="00000000" w14:paraId="0000006B">
      <w:pPr>
        <w:rPr/>
      </w:pPr>
      <w:r w:rsidDel="00000000" w:rsidR="00000000" w:rsidRPr="00000000">
        <w:rPr>
          <w:rtl w:val="0"/>
        </w:rPr>
        <w:t xml:space="preserve">Tom Reyes 4:34</w:t>
      </w:r>
    </w:p>
    <w:p w:rsidR="00000000" w:rsidDel="00000000" w:rsidP="00000000" w:rsidRDefault="00000000" w:rsidRPr="00000000" w14:paraId="0000006C">
      <w:pPr>
        <w:rPr/>
      </w:pPr>
      <w:r w:rsidDel="00000000" w:rsidR="00000000" w:rsidRPr="00000000">
        <w:rPr>
          <w:rtl w:val="0"/>
        </w:rPr>
        <w:t xml:space="preserve">That does help. Let's just say Linda moderates.</w:t>
      </w:r>
    </w:p>
    <w:p w:rsidR="00000000" w:rsidDel="00000000" w:rsidP="00000000" w:rsidRDefault="00000000" w:rsidRPr="00000000" w14:paraId="0000006D">
      <w:pPr>
        <w:rPr/>
      </w:pPr>
      <w:r w:rsidDel="00000000" w:rsidR="00000000" w:rsidRPr="00000000">
        <w:rPr>
          <w:rtl w:val="0"/>
        </w:rPr>
        <w:t xml:space="preserve">Okafor, Daniel T 4:38</w:t>
      </w:r>
    </w:p>
    <w:p w:rsidR="00000000" w:rsidDel="00000000" w:rsidP="00000000" w:rsidRDefault="00000000" w:rsidRPr="00000000" w14:paraId="0000006E">
      <w:pPr>
        <w:rPr/>
      </w:pPr>
      <w:r w:rsidDel="00000000" w:rsidR="00000000" w:rsidRPr="00000000">
        <w:rPr>
          <w:rtl w:val="0"/>
        </w:rPr>
        <w:t xml:space="preserve">Good. February?</w:t>
      </w:r>
    </w:p>
    <w:p w:rsidR="00000000" w:rsidDel="00000000" w:rsidP="00000000" w:rsidRDefault="00000000" w:rsidRPr="00000000" w14:paraId="0000006F">
      <w:pPr>
        <w:rPr/>
      </w:pPr>
      <w:r w:rsidDel="00000000" w:rsidR="00000000" w:rsidRPr="00000000">
        <w:rPr>
          <w:rtl w:val="0"/>
        </w:rPr>
        <w:t xml:space="preserve">Tom Reyes 4:40</w:t>
      </w:r>
    </w:p>
    <w:p w:rsidR="00000000" w:rsidDel="00000000" w:rsidP="00000000" w:rsidRDefault="00000000" w:rsidRPr="00000000" w14:paraId="00000070">
      <w:pPr>
        <w:rPr/>
      </w:pPr>
      <w:r w:rsidDel="00000000" w:rsidR="00000000" w:rsidRPr="00000000">
        <w:rPr>
          <w:rtl w:val="0"/>
        </w:rPr>
        <w:t xml:space="preserve">February I'm thinking a joint meeting with the A I H A local section. Their programs chair reached out. Topic would be noise and hearing conservation. I'd need the board to be OK splitting the room cost.</w:t>
      </w:r>
    </w:p>
    <w:p w:rsidR="00000000" w:rsidDel="00000000" w:rsidP="00000000" w:rsidRDefault="00000000" w:rsidRPr="00000000" w14:paraId="00000071">
      <w:pPr>
        <w:rPr/>
      </w:pPr>
      <w:r w:rsidDel="00000000" w:rsidR="00000000" w:rsidRPr="00000000">
        <w:rPr>
          <w:rtl w:val="0"/>
        </w:rPr>
        <w:t xml:space="preserve">Linda Marsh 4:55</w:t>
      </w:r>
    </w:p>
    <w:p w:rsidR="00000000" w:rsidDel="00000000" w:rsidP="00000000" w:rsidRDefault="00000000" w:rsidRPr="00000000" w14:paraId="00000072">
      <w:pPr>
        <w:rPr/>
      </w:pPr>
      <w:r w:rsidDel="00000000" w:rsidR="00000000" w:rsidRPr="00000000">
        <w:rPr>
          <w:rtl w:val="0"/>
        </w:rPr>
        <w:t xml:space="preserve">What's the split?</w:t>
      </w:r>
    </w:p>
    <w:p w:rsidR="00000000" w:rsidDel="00000000" w:rsidP="00000000" w:rsidRDefault="00000000" w:rsidRPr="00000000" w14:paraId="00000073">
      <w:pPr>
        <w:rPr/>
      </w:pPr>
      <w:r w:rsidDel="00000000" w:rsidR="00000000" w:rsidRPr="00000000">
        <w:rPr>
          <w:rtl w:val="0"/>
        </w:rPr>
        <w:t xml:space="preserve">Tom Reyes 4:57</w:t>
      </w:r>
    </w:p>
    <w:p w:rsidR="00000000" w:rsidDel="00000000" w:rsidP="00000000" w:rsidRDefault="00000000" w:rsidRPr="00000000" w14:paraId="00000074">
      <w:pPr>
        <w:rPr/>
      </w:pPr>
      <w:r w:rsidDel="00000000" w:rsidR="00000000" w:rsidRPr="00000000">
        <w:rPr>
          <w:rtl w:val="0"/>
        </w:rPr>
        <w:t xml:space="preserve">Half each. So 75 for us.</w:t>
      </w:r>
    </w:p>
    <w:p w:rsidR="00000000" w:rsidDel="00000000" w:rsidP="00000000" w:rsidRDefault="00000000" w:rsidRPr="00000000" w14:paraId="00000075">
      <w:pPr>
        <w:rPr/>
      </w:pPr>
      <w:r w:rsidDel="00000000" w:rsidR="00000000" w:rsidRPr="00000000">
        <w:rPr>
          <w:rtl w:val="0"/>
        </w:rPr>
        <w:t xml:space="preserve">Linda Marsh 5:00</w:t>
      </w:r>
    </w:p>
    <w:p w:rsidR="00000000" w:rsidDel="00000000" w:rsidP="00000000" w:rsidRDefault="00000000" w:rsidRPr="00000000" w14:paraId="00000076">
      <w:pPr>
        <w:rPr/>
      </w:pPr>
      <w:r w:rsidDel="00000000" w:rsidR="00000000" w:rsidRPr="00000000">
        <w:rPr>
          <w:rtl w:val="0"/>
        </w:rPr>
        <w:t xml:space="preserve">That's fine. That's under what we normally pay.</w:t>
      </w:r>
    </w:p>
    <w:p w:rsidR="00000000" w:rsidDel="00000000" w:rsidP="00000000" w:rsidRDefault="00000000" w:rsidRPr="00000000" w14:paraId="00000077">
      <w:pPr>
        <w:rPr/>
      </w:pPr>
      <w:r w:rsidDel="00000000" w:rsidR="00000000" w:rsidRPr="00000000">
        <w:rPr>
          <w:rtl w:val="0"/>
        </w:rPr>
        <w:t xml:space="preserve">Okafor, Daniel T 5:04</w:t>
      </w:r>
    </w:p>
    <w:p w:rsidR="00000000" w:rsidDel="00000000" w:rsidP="00000000" w:rsidRDefault="00000000" w:rsidRPr="00000000" w14:paraId="00000078">
      <w:pPr>
        <w:rPr/>
      </w:pPr>
      <w:r w:rsidDel="00000000" w:rsidR="00000000" w:rsidRPr="00000000">
        <w:rPr>
          <w:rtl w:val="0"/>
        </w:rPr>
        <w:t xml:space="preserve">No objection from me. Go ahead and set it up. Membership. Dev.</w:t>
      </w:r>
    </w:p>
    <w:p w:rsidR="00000000" w:rsidDel="00000000" w:rsidP="00000000" w:rsidRDefault="00000000" w:rsidRPr="00000000" w14:paraId="00000079">
      <w:pPr>
        <w:rPr/>
      </w:pPr>
      <w:r w:rsidDel="00000000" w:rsidR="00000000" w:rsidRPr="00000000">
        <w:rPr>
          <w:rtl w:val="0"/>
        </w:rPr>
        <w:t xml:space="preserve">Dev Patel 5:10</w:t>
      </w:r>
    </w:p>
    <w:p w:rsidR="00000000" w:rsidDel="00000000" w:rsidP="00000000" w:rsidRDefault="00000000" w:rsidRPr="00000000" w14:paraId="0000007A">
      <w:pPr>
        <w:rPr/>
      </w:pPr>
      <w:r w:rsidDel="00000000" w:rsidR="00000000" w:rsidRPr="00000000">
        <w:rPr>
          <w:rtl w:val="0"/>
        </w:rPr>
        <w:t xml:space="preserve">OK. We're at 292. That's up from 287. Seven new, two dropped. And the member I mentioned last month who forgot to renew did come back, so she's one of the seven.</w:t>
      </w:r>
    </w:p>
    <w:p w:rsidR="00000000" w:rsidDel="00000000" w:rsidP="00000000" w:rsidRDefault="00000000" w:rsidRPr="00000000" w14:paraId="0000007B">
      <w:pPr>
        <w:rPr/>
      </w:pPr>
      <w:r w:rsidDel="00000000" w:rsidR="00000000" w:rsidRPr="00000000">
        <w:rPr>
          <w:rtl w:val="0"/>
        </w:rPr>
        <w:t xml:space="preserve">Okafor, Daniel T 5:25</w:t>
      </w:r>
    </w:p>
    <w:p w:rsidR="00000000" w:rsidDel="00000000" w:rsidP="00000000" w:rsidRDefault="00000000" w:rsidRPr="00000000" w14:paraId="0000007C">
      <w:pPr>
        <w:rPr/>
      </w:pPr>
      <w:r w:rsidDel="00000000" w:rsidR="00000000" w:rsidRPr="00000000">
        <w:rPr>
          <w:rtl w:val="0"/>
        </w:rPr>
        <w:t xml:space="preserve">Nice.</w:t>
      </w:r>
    </w:p>
    <w:p w:rsidR="00000000" w:rsidDel="00000000" w:rsidP="00000000" w:rsidRDefault="00000000" w:rsidRPr="00000000" w14:paraId="0000007D">
      <w:pPr>
        <w:rPr/>
      </w:pPr>
      <w:r w:rsidDel="00000000" w:rsidR="00000000" w:rsidRPr="00000000">
        <w:rPr>
          <w:rtl w:val="0"/>
        </w:rPr>
        <w:t xml:space="preserve">Dev Patel 5:26</w:t>
      </w:r>
    </w:p>
    <w:p w:rsidR="00000000" w:rsidDel="00000000" w:rsidP="00000000" w:rsidRDefault="00000000" w:rsidRPr="00000000" w14:paraId="0000007E">
      <w:pPr>
        <w:rPr/>
      </w:pPr>
      <w:r w:rsidDel="00000000" w:rsidR="00000000" w:rsidRPr="00000000">
        <w:rPr>
          <w:rtl w:val="0"/>
        </w:rPr>
        <w:t xml:space="preserve">The welcome email went out to everyone who joined since July. 23 people. Nine have registered for the orientation on January 13 so far.</w:t>
      </w:r>
    </w:p>
    <w:p w:rsidR="00000000" w:rsidDel="00000000" w:rsidP="00000000" w:rsidRDefault="00000000" w:rsidRPr="00000000" w14:paraId="0000007F">
      <w:pPr>
        <w:rPr/>
      </w:pPr>
      <w:r w:rsidDel="00000000" w:rsidR="00000000" w:rsidRPr="00000000">
        <w:rPr>
          <w:rtl w:val="0"/>
        </w:rPr>
        <w:t xml:space="preserve">Schultz, Karen 5:37</w:t>
      </w:r>
    </w:p>
    <w:p w:rsidR="00000000" w:rsidDel="00000000" w:rsidP="00000000" w:rsidRDefault="00000000" w:rsidRPr="00000000" w14:paraId="00000080">
      <w:pPr>
        <w:rPr/>
      </w:pPr>
      <w:r w:rsidDel="00000000" w:rsidR="00000000" w:rsidRPr="00000000">
        <w:rPr>
          <w:rtl w:val="0"/>
        </w:rPr>
        <w:t xml:space="preserve">That's a good rate.</w:t>
      </w:r>
    </w:p>
    <w:p w:rsidR="00000000" w:rsidDel="00000000" w:rsidP="00000000" w:rsidRDefault="00000000" w:rsidRPr="00000000" w14:paraId="00000081">
      <w:pPr>
        <w:rPr/>
      </w:pPr>
      <w:r w:rsidDel="00000000" w:rsidR="00000000" w:rsidRPr="00000000">
        <w:rPr>
          <w:rtl w:val="0"/>
        </w:rPr>
        <w:t xml:space="preserve">Dev Patel 5:39</w:t>
      </w:r>
    </w:p>
    <w:p w:rsidR="00000000" w:rsidDel="00000000" w:rsidP="00000000" w:rsidRDefault="00000000" w:rsidRPr="00000000" w14:paraId="00000082">
      <w:pPr>
        <w:rPr/>
      </w:pPr>
      <w:r w:rsidDel="00000000" w:rsidR="00000000" w:rsidRPr="00000000">
        <w:rPr>
          <w:rtl w:val="0"/>
        </w:rPr>
        <w:t xml:space="preserve">Yeah, better than I expected. One ask. I'd like two board members on the orientation call besides me. Just to say hi, five minutes each.</w:t>
      </w:r>
    </w:p>
    <w:p w:rsidR="00000000" w:rsidDel="00000000" w:rsidP="00000000" w:rsidRDefault="00000000" w:rsidRPr="00000000" w14:paraId="00000083">
      <w:pPr>
        <w:rPr/>
      </w:pPr>
      <w:r w:rsidDel="00000000" w:rsidR="00000000" w:rsidRPr="00000000">
        <w:rPr>
          <w:rtl w:val="0"/>
        </w:rPr>
        <w:t xml:space="preserve">Schultz, Karen 5:50</w:t>
      </w:r>
    </w:p>
    <w:p w:rsidR="00000000" w:rsidDel="00000000" w:rsidP="00000000" w:rsidRDefault="00000000" w:rsidRPr="00000000" w14:paraId="00000084">
      <w:pPr>
        <w:rPr/>
      </w:pPr>
      <w:r w:rsidDel="00000000" w:rsidR="00000000" w:rsidRPr="00000000">
        <w:rPr>
          <w:rtl w:val="0"/>
        </w:rPr>
        <w:t xml:space="preserve">I'll do it.</w:t>
      </w:r>
    </w:p>
    <w:p w:rsidR="00000000" w:rsidDel="00000000" w:rsidP="00000000" w:rsidRDefault="00000000" w:rsidRPr="00000000" w14:paraId="00000085">
      <w:pPr>
        <w:rPr/>
      </w:pPr>
      <w:r w:rsidDel="00000000" w:rsidR="00000000" w:rsidRPr="00000000">
        <w:rPr>
          <w:rtl w:val="0"/>
        </w:rPr>
        <w:t xml:space="preserve">Maya Lindqvist 5:52</w:t>
      </w:r>
    </w:p>
    <w:p w:rsidR="00000000" w:rsidDel="00000000" w:rsidP="00000000" w:rsidRDefault="00000000" w:rsidRPr="00000000" w14:paraId="00000086">
      <w:pPr>
        <w:rPr/>
      </w:pPr>
      <w:r w:rsidDel="00000000" w:rsidR="00000000" w:rsidRPr="00000000">
        <w:rPr>
          <w:rtl w:val="0"/>
        </w:rPr>
        <w:t xml:space="preserve">I can too. I can talk about the student to professional transition.</w:t>
      </w:r>
    </w:p>
    <w:p w:rsidR="00000000" w:rsidDel="00000000" w:rsidP="00000000" w:rsidRDefault="00000000" w:rsidRPr="00000000" w14:paraId="00000087">
      <w:pPr>
        <w:rPr/>
      </w:pPr>
      <w:r w:rsidDel="00000000" w:rsidR="00000000" w:rsidRPr="00000000">
        <w:rPr>
          <w:rtl w:val="0"/>
        </w:rPr>
        <w:t xml:space="preserve">Dev Patel 5:57</w:t>
      </w:r>
    </w:p>
    <w:p w:rsidR="00000000" w:rsidDel="00000000" w:rsidP="00000000" w:rsidRDefault="00000000" w:rsidRPr="00000000" w14:paraId="00000088">
      <w:pPr>
        <w:rPr/>
      </w:pPr>
      <w:r w:rsidDel="00000000" w:rsidR="00000000" w:rsidRPr="00000000">
        <w:rPr>
          <w:rtl w:val="0"/>
        </w:rPr>
        <w:t xml:space="preserve">Great. That's exactly what I wanted.</w:t>
      </w:r>
    </w:p>
    <w:p w:rsidR="00000000" w:rsidDel="00000000" w:rsidP="00000000" w:rsidRDefault="00000000" w:rsidRPr="00000000" w14:paraId="00000089">
      <w:pPr>
        <w:rPr/>
      </w:pPr>
      <w:r w:rsidDel="00000000" w:rsidR="00000000" w:rsidRPr="00000000">
        <w:rPr>
          <w:rtl w:val="0"/>
        </w:rPr>
        <w:t xml:space="preserve">Okafor, Daniel T 6:00</w:t>
      </w:r>
    </w:p>
    <w:p w:rsidR="00000000" w:rsidDel="00000000" w:rsidP="00000000" w:rsidRDefault="00000000" w:rsidRPr="00000000" w14:paraId="0000008A">
      <w:pPr>
        <w:rPr/>
      </w:pPr>
      <w:r w:rsidDel="00000000" w:rsidR="00000000" w:rsidRPr="00000000">
        <w:rPr>
          <w:rtl w:val="0"/>
        </w:rPr>
        <w:t xml:space="preserve">Thank you both. Student section. Maya.</w:t>
      </w:r>
    </w:p>
    <w:p w:rsidR="00000000" w:rsidDel="00000000" w:rsidP="00000000" w:rsidRDefault="00000000" w:rsidRPr="00000000" w14:paraId="0000008B">
      <w:pPr>
        <w:rPr/>
      </w:pPr>
      <w:r w:rsidDel="00000000" w:rsidR="00000000" w:rsidRPr="00000000">
        <w:rPr>
          <w:rtl w:val="0"/>
        </w:rPr>
        <w:t xml:space="preserve">Maya Lindqvist 6:05</w:t>
      </w:r>
    </w:p>
    <w:p w:rsidR="00000000" w:rsidDel="00000000" w:rsidP="00000000" w:rsidRDefault="00000000" w:rsidRPr="00000000" w14:paraId="0000008C">
      <w:pPr>
        <w:rPr/>
      </w:pPr>
      <w:r w:rsidDel="00000000" w:rsidR="00000000" w:rsidRPr="00000000">
        <w:rPr>
          <w:rtl w:val="0"/>
        </w:rPr>
        <w:t xml:space="preserve">So Dr. Brennan has the six banquet names. All six confirmed. The scholarship application opened December 1 and I presented it at their meeting last week. 17 students came, up from 14.</w:t>
      </w:r>
    </w:p>
    <w:p w:rsidR="00000000" w:rsidDel="00000000" w:rsidP="00000000" w:rsidRDefault="00000000" w:rsidRPr="00000000" w14:paraId="0000008D">
      <w:pPr>
        <w:rPr/>
      </w:pPr>
      <w:r w:rsidDel="00000000" w:rsidR="00000000" w:rsidRPr="00000000">
        <w:rPr>
          <w:rtl w:val="0"/>
        </w:rPr>
        <w:t xml:space="preserve">Okafor, Daniel T 6:20</w:t>
      </w:r>
    </w:p>
    <w:p w:rsidR="00000000" w:rsidDel="00000000" w:rsidP="00000000" w:rsidRDefault="00000000" w:rsidRPr="00000000" w14:paraId="0000008E">
      <w:pPr>
        <w:rPr/>
      </w:pPr>
      <w:r w:rsidDel="00000000" w:rsidR="00000000" w:rsidRPr="00000000">
        <w:rPr>
          <w:rtl w:val="0"/>
        </w:rPr>
        <w:t xml:space="preserve">Good.</w:t>
      </w:r>
    </w:p>
    <w:p w:rsidR="00000000" w:rsidDel="00000000" w:rsidP="00000000" w:rsidRDefault="00000000" w:rsidRPr="00000000" w14:paraId="0000008F">
      <w:pPr>
        <w:rPr/>
      </w:pPr>
      <w:r w:rsidDel="00000000" w:rsidR="00000000" w:rsidRPr="00000000">
        <w:rPr>
          <w:rtl w:val="0"/>
        </w:rPr>
        <w:t xml:space="preserve">Maya Lindqvist 6:21</w:t>
      </w:r>
    </w:p>
    <w:p w:rsidR="00000000" w:rsidDel="00000000" w:rsidP="00000000" w:rsidRDefault="00000000" w:rsidRPr="00000000" w14:paraId="00000090">
      <w:pPr>
        <w:rPr/>
      </w:pPr>
      <w:r w:rsidDel="00000000" w:rsidR="00000000" w:rsidRPr="00000000">
        <w:rPr>
          <w:rtl w:val="0"/>
        </w:rPr>
        <w:t xml:space="preserve">One request from them. They want to do a site visit in the spring. Somewhere with a real safety program they can walk through. They asked if the chapter can help find a host.</w:t>
      </w:r>
    </w:p>
    <w:p w:rsidR="00000000" w:rsidDel="00000000" w:rsidP="00000000" w:rsidRDefault="00000000" w:rsidRPr="00000000" w14:paraId="00000091">
      <w:pPr>
        <w:rPr/>
      </w:pPr>
      <w:r w:rsidDel="00000000" w:rsidR="00000000" w:rsidRPr="00000000">
        <w:rPr>
          <w:rtl w:val="0"/>
        </w:rPr>
        <w:t xml:space="preserve">Tom Reyes 6:34</w:t>
      </w:r>
    </w:p>
    <w:p w:rsidR="00000000" w:rsidDel="00000000" w:rsidP="00000000" w:rsidRDefault="00000000" w:rsidRPr="00000000" w14:paraId="00000092">
      <w:pPr>
        <w:rPr/>
      </w:pPr>
      <w:r w:rsidDel="00000000" w:rsidR="00000000" w:rsidRPr="00000000">
        <w:rPr>
          <w:rtl w:val="0"/>
        </w:rPr>
        <w:t xml:space="preserve">Harlow might do it. They just sponsored us and they like having students in.</w:t>
      </w:r>
    </w:p>
    <w:p w:rsidR="00000000" w:rsidDel="00000000" w:rsidP="00000000" w:rsidRDefault="00000000" w:rsidRPr="00000000" w14:paraId="00000093">
      <w:pPr>
        <w:rPr/>
      </w:pPr>
      <w:r w:rsidDel="00000000" w:rsidR="00000000" w:rsidRPr="00000000">
        <w:rPr>
          <w:rtl w:val="0"/>
        </w:rPr>
        <w:t xml:space="preserve">Linda Marsh 6:39</w:t>
      </w:r>
    </w:p>
    <w:p w:rsidR="00000000" w:rsidDel="00000000" w:rsidP="00000000" w:rsidRDefault="00000000" w:rsidRPr="00000000" w14:paraId="00000094">
      <w:pPr>
        <w:rPr/>
      </w:pPr>
      <w:r w:rsidDel="00000000" w:rsidR="00000000" w:rsidRPr="00000000">
        <w:rPr>
          <w:rtl w:val="0"/>
        </w:rPr>
        <w:t xml:space="preserve">Castlerock too. Marcus would probably say yes.</w:t>
      </w:r>
    </w:p>
    <w:p w:rsidR="00000000" w:rsidDel="00000000" w:rsidP="00000000" w:rsidRDefault="00000000" w:rsidRPr="00000000" w14:paraId="00000095">
      <w:pPr>
        <w:rPr/>
      </w:pPr>
      <w:r w:rsidDel="00000000" w:rsidR="00000000" w:rsidRPr="00000000">
        <w:rPr>
          <w:rtl w:val="0"/>
        </w:rPr>
        <w:t xml:space="preserve">Maya Lindqvist 6:43</w:t>
      </w:r>
    </w:p>
    <w:p w:rsidR="00000000" w:rsidDel="00000000" w:rsidP="00000000" w:rsidRDefault="00000000" w:rsidRPr="00000000" w14:paraId="00000096">
      <w:pPr>
        <w:rPr/>
      </w:pPr>
      <w:r w:rsidDel="00000000" w:rsidR="00000000" w:rsidRPr="00000000">
        <w:rPr>
          <w:rtl w:val="0"/>
        </w:rPr>
        <w:t xml:space="preserve">Either would be great. They need a weekday afternoon in March or April.</w:t>
      </w:r>
    </w:p>
    <w:p w:rsidR="00000000" w:rsidDel="00000000" w:rsidP="00000000" w:rsidRDefault="00000000" w:rsidRPr="00000000" w14:paraId="00000097">
      <w:pPr>
        <w:rPr/>
      </w:pPr>
      <w:r w:rsidDel="00000000" w:rsidR="00000000" w:rsidRPr="00000000">
        <w:rPr>
          <w:rtl w:val="0"/>
        </w:rPr>
        <w:t xml:space="preserve">Okafor, Daniel T 6:48</w:t>
      </w:r>
    </w:p>
    <w:p w:rsidR="00000000" w:rsidDel="00000000" w:rsidP="00000000" w:rsidRDefault="00000000" w:rsidRPr="00000000" w14:paraId="00000098">
      <w:pPr>
        <w:rPr/>
      </w:pPr>
      <w:r w:rsidDel="00000000" w:rsidR="00000000" w:rsidRPr="00000000">
        <w:rPr>
          <w:rtl w:val="0"/>
        </w:rPr>
        <w:t xml:space="preserve">Tom, can you ask Harlow first, and Linda keeps Castlerock as the backup?</w:t>
      </w:r>
    </w:p>
    <w:p w:rsidR="00000000" w:rsidDel="00000000" w:rsidP="00000000" w:rsidRDefault="00000000" w:rsidRPr="00000000" w14:paraId="00000099">
      <w:pPr>
        <w:rPr/>
      </w:pPr>
      <w:r w:rsidDel="00000000" w:rsidR="00000000" w:rsidRPr="00000000">
        <w:rPr>
          <w:rtl w:val="0"/>
        </w:rPr>
        <w:t xml:space="preserve">Tom Reyes 6:53</w:t>
      </w:r>
    </w:p>
    <w:p w:rsidR="00000000" w:rsidDel="00000000" w:rsidP="00000000" w:rsidRDefault="00000000" w:rsidRPr="00000000" w14:paraId="0000009A">
      <w:pPr>
        <w:rPr/>
      </w:pPr>
      <w:r w:rsidDel="00000000" w:rsidR="00000000" w:rsidRPr="00000000">
        <w:rPr>
          <w:rtl w:val="0"/>
        </w:rPr>
        <w:t xml:space="preserve">Sure. I'll ask this week.</w:t>
      </w:r>
    </w:p>
    <w:p w:rsidR="00000000" w:rsidDel="00000000" w:rsidP="00000000" w:rsidRDefault="00000000" w:rsidRPr="00000000" w14:paraId="0000009B">
      <w:pPr>
        <w:rPr/>
      </w:pPr>
      <w:r w:rsidDel="00000000" w:rsidR="00000000" w:rsidRPr="00000000">
        <w:rPr>
          <w:rtl w:val="0"/>
        </w:rPr>
        <w:t xml:space="preserve">Okafor, Daniel T 6:56</w:t>
      </w:r>
    </w:p>
    <w:p w:rsidR="00000000" w:rsidDel="00000000" w:rsidP="00000000" w:rsidRDefault="00000000" w:rsidRPr="00000000" w14:paraId="0000009C">
      <w:pPr>
        <w:rPr/>
      </w:pPr>
      <w:r w:rsidDel="00000000" w:rsidR="00000000" w:rsidRPr="00000000">
        <w:rPr>
          <w:rtl w:val="0"/>
        </w:rPr>
        <w:t xml:space="preserve">Thanks. Awards banquet. Karen.</w:t>
      </w:r>
    </w:p>
    <w:p w:rsidR="00000000" w:rsidDel="00000000" w:rsidP="00000000" w:rsidRDefault="00000000" w:rsidRPr="00000000" w14:paraId="0000009D">
      <w:pPr>
        <w:rPr/>
      </w:pPr>
      <w:r w:rsidDel="00000000" w:rsidR="00000000" w:rsidRPr="00000000">
        <w:rPr>
          <w:rtl w:val="0"/>
        </w:rPr>
        <w:t xml:space="preserve">Schultz, Karen 7:00</w:t>
      </w:r>
    </w:p>
    <w:p w:rsidR="00000000" w:rsidDel="00000000" w:rsidP="00000000" w:rsidRDefault="00000000" w:rsidRPr="00000000" w14:paraId="0000009E">
      <w:pPr>
        <w:rPr/>
      </w:pPr>
      <w:r w:rsidDel="00000000" w:rsidR="00000000" w:rsidRPr="00000000">
        <w:rPr>
          <w:rtl w:val="0"/>
        </w:rPr>
        <w:t xml:space="preserve">OK. Thursday, January 28, Wexford Inn. We have 52 registered. Break even is 70. Nominations close this Saturday, the 12th. I now have three for safety professional of the year and one for the student award. Thank you, Maya.</w:t>
      </w:r>
    </w:p>
    <w:p w:rsidR="00000000" w:rsidDel="00000000" w:rsidP="00000000" w:rsidRDefault="00000000" w:rsidRPr="00000000" w14:paraId="0000009F">
      <w:pPr>
        <w:rPr/>
      </w:pPr>
      <w:r w:rsidDel="00000000" w:rsidR="00000000" w:rsidRPr="00000000">
        <w:rPr>
          <w:rtl w:val="0"/>
        </w:rPr>
        <w:t xml:space="preserve">Maya Lindqvist 7:19</w:t>
      </w:r>
    </w:p>
    <w:p w:rsidR="00000000" w:rsidDel="00000000" w:rsidP="00000000" w:rsidRDefault="00000000" w:rsidRPr="00000000" w14:paraId="000000A0">
      <w:pPr>
        <w:rPr/>
      </w:pPr>
      <w:r w:rsidDel="00000000" w:rsidR="00000000" w:rsidRPr="00000000">
        <w:rPr>
          <w:rtl w:val="0"/>
        </w:rPr>
        <w:t xml:space="preserve">You're welcome.</w:t>
      </w:r>
    </w:p>
    <w:p w:rsidR="00000000" w:rsidDel="00000000" w:rsidP="00000000" w:rsidRDefault="00000000" w:rsidRPr="00000000" w14:paraId="000000A1">
      <w:pPr>
        <w:rPr/>
      </w:pPr>
      <w:r w:rsidDel="00000000" w:rsidR="00000000" w:rsidRPr="00000000">
        <w:rPr>
          <w:rtl w:val="0"/>
        </w:rPr>
        <w:t xml:space="preserve">Schultz, Karen 7:21</w:t>
      </w:r>
    </w:p>
    <w:p w:rsidR="00000000" w:rsidDel="00000000" w:rsidP="00000000" w:rsidRDefault="00000000" w:rsidRPr="00000000" w14:paraId="000000A2">
      <w:pPr>
        <w:rPr/>
      </w:pPr>
      <w:r w:rsidDel="00000000" w:rsidR="00000000" w:rsidRPr="00000000">
        <w:rPr>
          <w:rtl w:val="0"/>
        </w:rPr>
        <w:t xml:space="preserve">I need two people for the selection committee who are not nominees and did not nominate anyone. That rules out me and Maya.</w:t>
      </w:r>
    </w:p>
    <w:p w:rsidR="00000000" w:rsidDel="00000000" w:rsidP="00000000" w:rsidRDefault="00000000" w:rsidRPr="00000000" w14:paraId="000000A3">
      <w:pPr>
        <w:rPr/>
      </w:pPr>
      <w:r w:rsidDel="00000000" w:rsidR="00000000" w:rsidRPr="00000000">
        <w:rPr>
          <w:rtl w:val="0"/>
        </w:rPr>
        <w:t xml:space="preserve">Dev Patel 7:31</w:t>
      </w:r>
    </w:p>
    <w:p w:rsidR="00000000" w:rsidDel="00000000" w:rsidP="00000000" w:rsidRDefault="00000000" w:rsidRPr="00000000" w14:paraId="000000A4">
      <w:pPr>
        <w:rPr/>
      </w:pPr>
      <w:r w:rsidDel="00000000" w:rsidR="00000000" w:rsidRPr="00000000">
        <w:rPr>
          <w:rtl w:val="0"/>
        </w:rPr>
        <w:t xml:space="preserve">I can.</w:t>
      </w:r>
    </w:p>
    <w:p w:rsidR="00000000" w:rsidDel="00000000" w:rsidP="00000000" w:rsidRDefault="00000000" w:rsidRPr="00000000" w14:paraId="000000A5">
      <w:pPr>
        <w:rPr/>
      </w:pPr>
      <w:r w:rsidDel="00000000" w:rsidR="00000000" w:rsidRPr="00000000">
        <w:rPr>
          <w:rtl w:val="0"/>
        </w:rPr>
        <w:t xml:space="preserve">Linda Marsh 7:32</w:t>
      </w:r>
    </w:p>
    <w:p w:rsidR="00000000" w:rsidDel="00000000" w:rsidP="00000000" w:rsidRDefault="00000000" w:rsidRPr="00000000" w14:paraId="000000A6">
      <w:pPr>
        <w:rPr/>
      </w:pPr>
      <w:r w:rsidDel="00000000" w:rsidR="00000000" w:rsidRPr="00000000">
        <w:rPr>
          <w:rtl w:val="0"/>
        </w:rPr>
        <w:t xml:space="preserve">Me too.</w:t>
      </w:r>
    </w:p>
    <w:p w:rsidR="00000000" w:rsidDel="00000000" w:rsidP="00000000" w:rsidRDefault="00000000" w:rsidRPr="00000000" w14:paraId="000000A7">
      <w:pPr>
        <w:rPr/>
      </w:pPr>
      <w:r w:rsidDel="00000000" w:rsidR="00000000" w:rsidRPr="00000000">
        <w:rPr>
          <w:rtl w:val="0"/>
        </w:rPr>
        <w:t xml:space="preserve">Schultz, Karen 7:34</w:t>
      </w:r>
    </w:p>
    <w:p w:rsidR="00000000" w:rsidDel="00000000" w:rsidP="00000000" w:rsidRDefault="00000000" w:rsidRPr="00000000" w14:paraId="000000A8">
      <w:pPr>
        <w:rPr/>
      </w:pPr>
      <w:r w:rsidDel="00000000" w:rsidR="00000000" w:rsidRPr="00000000">
        <w:rPr>
          <w:rtl w:val="0"/>
        </w:rPr>
        <w:t xml:space="preserve">Great. Dev and Linda. I'll send you the packets Monday. I need your picks by the 22nd so I can order the plaques.</w:t>
      </w:r>
    </w:p>
    <w:p w:rsidR="00000000" w:rsidDel="00000000" w:rsidP="00000000" w:rsidRDefault="00000000" w:rsidRPr="00000000" w14:paraId="000000A9">
      <w:pPr>
        <w:rPr/>
      </w:pPr>
      <w:r w:rsidDel="00000000" w:rsidR="00000000" w:rsidRPr="00000000">
        <w:rPr>
          <w:rtl w:val="0"/>
        </w:rPr>
        <w:t xml:space="preserve">Tom Reyes 7:44</w:t>
      </w:r>
    </w:p>
    <w:p w:rsidR="00000000" w:rsidDel="00000000" w:rsidP="00000000" w:rsidRDefault="00000000" w:rsidRPr="00000000" w14:paraId="000000AA">
      <w:pPr>
        <w:rPr/>
      </w:pPr>
      <w:r w:rsidDel="00000000" w:rsidR="00000000" w:rsidRPr="00000000">
        <w:rPr>
          <w:rtl w:val="0"/>
        </w:rPr>
        <w:t xml:space="preserve">What about the menu?</w:t>
      </w:r>
    </w:p>
    <w:p w:rsidR="00000000" w:rsidDel="00000000" w:rsidP="00000000" w:rsidRDefault="00000000" w:rsidRPr="00000000" w14:paraId="000000AB">
      <w:pPr>
        <w:rPr/>
      </w:pPr>
      <w:r w:rsidDel="00000000" w:rsidR="00000000" w:rsidRPr="00000000">
        <w:rPr>
          <w:rtl w:val="0"/>
        </w:rPr>
        <w:t xml:space="preserve">Schultz, Karen 7:46</w:t>
      </w:r>
    </w:p>
    <w:p w:rsidR="00000000" w:rsidDel="00000000" w:rsidP="00000000" w:rsidRDefault="00000000" w:rsidRPr="00000000" w14:paraId="000000AC">
      <w:pPr>
        <w:rPr/>
      </w:pPr>
      <w:r w:rsidDel="00000000" w:rsidR="00000000" w:rsidRPr="00000000">
        <w:rPr>
          <w:rtl w:val="0"/>
        </w:rPr>
        <w:t xml:space="preserve">Due January 8. The options are chicken, salmon, and a vegetarian pasta. It's 48 a plate either way. I'm planning to go with all three unless someone objects.</w:t>
      </w:r>
    </w:p>
    <w:p w:rsidR="00000000" w:rsidDel="00000000" w:rsidP="00000000" w:rsidRDefault="00000000" w:rsidRPr="00000000" w14:paraId="000000AD">
      <w:pPr>
        <w:rPr/>
      </w:pPr>
      <w:r w:rsidDel="00000000" w:rsidR="00000000" w:rsidRPr="00000000">
        <w:rPr>
          <w:rtl w:val="0"/>
        </w:rPr>
        <w:t xml:space="preserve">Okafor, Daniel T 7:59</w:t>
      </w:r>
    </w:p>
    <w:p w:rsidR="00000000" w:rsidDel="00000000" w:rsidP="00000000" w:rsidRDefault="00000000" w:rsidRPr="00000000" w14:paraId="000000AE">
      <w:pPr>
        <w:rPr/>
      </w:pPr>
      <w:r w:rsidDel="00000000" w:rsidR="00000000" w:rsidRPr="00000000">
        <w:rPr>
          <w:rtl w:val="0"/>
        </w:rPr>
        <w:t xml:space="preserve">No objection. And I'm still keeping remarks short.</w:t>
      </w:r>
    </w:p>
    <w:p w:rsidR="00000000" w:rsidDel="00000000" w:rsidP="00000000" w:rsidRDefault="00000000" w:rsidRPr="00000000" w14:paraId="000000AF">
      <w:pPr>
        <w:rPr/>
      </w:pPr>
      <w:r w:rsidDel="00000000" w:rsidR="00000000" w:rsidRPr="00000000">
        <w:rPr>
          <w:rtl w:val="0"/>
        </w:rPr>
        <w:t xml:space="preserve">Schultz, Karen 8:03</w:t>
      </w:r>
    </w:p>
    <w:p w:rsidR="00000000" w:rsidDel="00000000" w:rsidP="00000000" w:rsidRDefault="00000000" w:rsidRPr="00000000" w14:paraId="000000B0">
      <w:pPr>
        <w:rPr/>
      </w:pPr>
      <w:r w:rsidDel="00000000" w:rsidR="00000000" w:rsidRPr="00000000">
        <w:rPr>
          <w:rtl w:val="0"/>
        </w:rPr>
        <w:t xml:space="preserve">I'm going to time you.</w:t>
      </w:r>
    </w:p>
    <w:p w:rsidR="00000000" w:rsidDel="00000000" w:rsidP="00000000" w:rsidRDefault="00000000" w:rsidRPr="00000000" w14:paraId="000000B1">
      <w:pPr>
        <w:rPr/>
      </w:pPr>
      <w:r w:rsidDel="00000000" w:rsidR="00000000" w:rsidRPr="00000000">
        <w:rPr>
          <w:rtl w:val="0"/>
        </w:rPr>
        <w:t xml:space="preserve">Okafor, Daniel T 8:05</w:t>
      </w:r>
    </w:p>
    <w:p w:rsidR="00000000" w:rsidDel="00000000" w:rsidP="00000000" w:rsidRDefault="00000000" w:rsidRPr="00000000" w14:paraId="000000B2">
      <w:pPr>
        <w:rPr/>
      </w:pPr>
      <w:r w:rsidDel="00000000" w:rsidR="00000000" w:rsidRPr="00000000">
        <w:rPr>
          <w:rtl w:val="0"/>
        </w:rPr>
        <w:t xml:space="preserve">Fair. Also, check in table. We're one short now.</w:t>
      </w:r>
    </w:p>
    <w:p w:rsidR="00000000" w:rsidDel="00000000" w:rsidP="00000000" w:rsidRDefault="00000000" w:rsidRPr="00000000" w14:paraId="000000B3">
      <w:pPr>
        <w:rPr/>
      </w:pPr>
      <w:r w:rsidDel="00000000" w:rsidR="00000000" w:rsidRPr="00000000">
        <w:rPr>
          <w:rtl w:val="0"/>
        </w:rPr>
        <w:t xml:space="preserve">Tom Reyes 8:10</w:t>
      </w:r>
    </w:p>
    <w:p w:rsidR="00000000" w:rsidDel="00000000" w:rsidP="00000000" w:rsidRDefault="00000000" w:rsidRPr="00000000" w14:paraId="000000B4">
      <w:pPr>
        <w:rPr/>
      </w:pPr>
      <w:r w:rsidDel="00000000" w:rsidR="00000000" w:rsidRPr="00000000">
        <w:rPr>
          <w:rtl w:val="0"/>
        </w:rPr>
        <w:t xml:space="preserve">I'll do check in.</w:t>
      </w:r>
    </w:p>
    <w:p w:rsidR="00000000" w:rsidDel="00000000" w:rsidP="00000000" w:rsidRDefault="00000000" w:rsidRPr="00000000" w14:paraId="000000B5">
      <w:pPr>
        <w:rPr/>
      </w:pPr>
      <w:r w:rsidDel="00000000" w:rsidR="00000000" w:rsidRPr="00000000">
        <w:rPr>
          <w:rtl w:val="0"/>
        </w:rPr>
        <w:t xml:space="preserve">Schultz, Karen 8:12</w:t>
      </w:r>
    </w:p>
    <w:p w:rsidR="00000000" w:rsidDel="00000000" w:rsidP="00000000" w:rsidRDefault="00000000" w:rsidRPr="00000000" w14:paraId="000000B6">
      <w:pPr>
        <w:rPr/>
      </w:pPr>
      <w:r w:rsidDel="00000000" w:rsidR="00000000" w:rsidRPr="00000000">
        <w:rPr>
          <w:rtl w:val="0"/>
        </w:rPr>
        <w:t xml:space="preserve">Thank you, Tom.</w:t>
      </w:r>
    </w:p>
    <w:p w:rsidR="00000000" w:rsidDel="00000000" w:rsidP="00000000" w:rsidRDefault="00000000" w:rsidRPr="00000000" w14:paraId="000000B7">
      <w:pPr>
        <w:rPr/>
      </w:pPr>
      <w:r w:rsidDel="00000000" w:rsidR="00000000" w:rsidRPr="00000000">
        <w:rPr>
          <w:rtl w:val="0"/>
        </w:rPr>
        <w:t xml:space="preserve">Okafor, Daniel T 8:14</w:t>
      </w:r>
    </w:p>
    <w:p w:rsidR="00000000" w:rsidDel="00000000" w:rsidP="00000000" w:rsidRDefault="00000000" w:rsidRPr="00000000" w14:paraId="000000B8">
      <w:pPr>
        <w:rPr/>
      </w:pPr>
      <w:r w:rsidDel="00000000" w:rsidR="00000000" w:rsidRPr="00000000">
        <w:rPr>
          <w:rtl w:val="0"/>
        </w:rPr>
        <w:t xml:space="preserve">OK. Newsletter. Karen, you sent that out, right?</w:t>
      </w:r>
    </w:p>
    <w:p w:rsidR="00000000" w:rsidDel="00000000" w:rsidP="00000000" w:rsidRDefault="00000000" w:rsidRPr="00000000" w14:paraId="000000B9">
      <w:pPr>
        <w:rPr/>
      </w:pPr>
      <w:r w:rsidDel="00000000" w:rsidR="00000000" w:rsidRPr="00000000">
        <w:rPr>
          <w:rtl w:val="0"/>
        </w:rPr>
        <w:t xml:space="preserve">Schultz, Karen 8:19</w:t>
      </w:r>
    </w:p>
    <w:p w:rsidR="00000000" w:rsidDel="00000000" w:rsidP="00000000" w:rsidRDefault="00000000" w:rsidRPr="00000000" w14:paraId="000000BA">
      <w:pPr>
        <w:rPr/>
      </w:pPr>
      <w:r w:rsidDel="00000000" w:rsidR="00000000" w:rsidRPr="00000000">
        <w:rPr>
          <w:rtl w:val="0"/>
        </w:rPr>
        <w:t xml:space="preserve">I did, on the 3rd. Open rate was 46 percent, which is higher than the last one. Tom's plant tour recap got the most clicks. That's three of four for the year. The fourth should go out in February with the banquet photos.</w:t>
      </w:r>
    </w:p>
    <w:p w:rsidR="00000000" w:rsidDel="00000000" w:rsidP="00000000" w:rsidRDefault="00000000" w:rsidRPr="00000000" w14:paraId="000000BB">
      <w:pPr>
        <w:rPr/>
      </w:pPr>
      <w:r w:rsidDel="00000000" w:rsidR="00000000" w:rsidRPr="00000000">
        <w:rPr>
          <w:rtl w:val="0"/>
        </w:rPr>
        <w:t xml:space="preserve">Okafor, Daniel T 8:37</w:t>
      </w:r>
    </w:p>
    <w:p w:rsidR="00000000" w:rsidDel="00000000" w:rsidP="00000000" w:rsidRDefault="00000000" w:rsidRPr="00000000" w14:paraId="000000BC">
      <w:pPr>
        <w:rPr/>
      </w:pPr>
      <w:r w:rsidDel="00000000" w:rsidR="00000000" w:rsidRPr="00000000">
        <w:rPr>
          <w:rtl w:val="0"/>
        </w:rPr>
        <w:t xml:space="preserve">Good. OK. Old business. Linda, the bylaws language.</w:t>
      </w:r>
    </w:p>
    <w:p w:rsidR="00000000" w:rsidDel="00000000" w:rsidP="00000000" w:rsidRDefault="00000000" w:rsidRPr="00000000" w14:paraId="000000BD">
      <w:pPr>
        <w:rPr/>
      </w:pPr>
      <w:r w:rsidDel="00000000" w:rsidR="00000000" w:rsidRPr="00000000">
        <w:rPr>
          <w:rtl w:val="0"/>
        </w:rPr>
        <w:t xml:space="preserve">Linda Marsh 8:43</w:t>
      </w:r>
    </w:p>
    <w:p w:rsidR="00000000" w:rsidDel="00000000" w:rsidP="00000000" w:rsidRDefault="00000000" w:rsidRPr="00000000" w14:paraId="000000BE">
      <w:pPr>
        <w:rPr/>
      </w:pPr>
      <w:r w:rsidDel="00000000" w:rsidR="00000000" w:rsidRPr="00000000">
        <w:rPr>
          <w:rtl w:val="0"/>
        </w:rPr>
        <w:t xml:space="preserve">Yes. I sent it last Tuesday. Short version, Article 7, Section 3. Current language requires two signatures on any check over 500. Proposed language raises that to 1,000 and allows the second approval to be by email from another officer, kept on file with the monthly statement.</w:t>
      </w:r>
    </w:p>
    <w:p w:rsidR="00000000" w:rsidDel="00000000" w:rsidP="00000000" w:rsidRDefault="00000000" w:rsidRPr="00000000" w14:paraId="000000BF">
      <w:pPr>
        <w:rPr/>
      </w:pPr>
      <w:r w:rsidDel="00000000" w:rsidR="00000000" w:rsidRPr="00000000">
        <w:rPr>
          <w:rtl w:val="0"/>
        </w:rPr>
        <w:t xml:space="preserve">Schultz, Karen 9:04</w:t>
      </w:r>
    </w:p>
    <w:p w:rsidR="00000000" w:rsidDel="00000000" w:rsidP="00000000" w:rsidRDefault="00000000" w:rsidRPr="00000000" w14:paraId="000000C0">
      <w:pPr>
        <w:rPr/>
      </w:pPr>
      <w:r w:rsidDel="00000000" w:rsidR="00000000" w:rsidRPr="00000000">
        <w:rPr>
          <w:rtl w:val="0"/>
        </w:rPr>
        <w:t xml:space="preserve">I read it. One suggestion. Say written electronic approval instead of email. Then we don't have to amend it again if we use something else.</w:t>
      </w:r>
    </w:p>
    <w:p w:rsidR="00000000" w:rsidDel="00000000" w:rsidP="00000000" w:rsidRDefault="00000000" w:rsidRPr="00000000" w14:paraId="000000C1">
      <w:pPr>
        <w:rPr/>
      </w:pPr>
      <w:r w:rsidDel="00000000" w:rsidR="00000000" w:rsidRPr="00000000">
        <w:rPr>
          <w:rtl w:val="0"/>
        </w:rPr>
        <w:t xml:space="preserve">Linda Marsh 9:14</w:t>
      </w:r>
    </w:p>
    <w:p w:rsidR="00000000" w:rsidDel="00000000" w:rsidP="00000000" w:rsidRDefault="00000000" w:rsidRPr="00000000" w14:paraId="000000C2">
      <w:pPr>
        <w:rPr/>
      </w:pPr>
      <w:r w:rsidDel="00000000" w:rsidR="00000000" w:rsidRPr="00000000">
        <w:rPr>
          <w:rtl w:val="0"/>
        </w:rPr>
        <w:t xml:space="preserve">That's better. I'll take that as friendly.</w:t>
      </w:r>
    </w:p>
    <w:p w:rsidR="00000000" w:rsidDel="00000000" w:rsidP="00000000" w:rsidRDefault="00000000" w:rsidRPr="00000000" w14:paraId="000000C3">
      <w:pPr>
        <w:rPr/>
      </w:pPr>
      <w:r w:rsidDel="00000000" w:rsidR="00000000" w:rsidRPr="00000000">
        <w:rPr>
          <w:rtl w:val="0"/>
        </w:rPr>
        <w:t xml:space="preserve">Dev Patel 9:18</w:t>
      </w:r>
    </w:p>
    <w:p w:rsidR="00000000" w:rsidDel="00000000" w:rsidP="00000000" w:rsidRDefault="00000000" w:rsidRPr="00000000" w14:paraId="000000C4">
      <w:pPr>
        <w:rPr/>
      </w:pPr>
      <w:r w:rsidDel="00000000" w:rsidR="00000000" w:rsidRPr="00000000">
        <w:rPr>
          <w:rtl w:val="0"/>
        </w:rPr>
        <w:t xml:space="preserve">Does society need to review it?</w:t>
      </w:r>
    </w:p>
    <w:p w:rsidR="00000000" w:rsidDel="00000000" w:rsidP="00000000" w:rsidRDefault="00000000" w:rsidRPr="00000000" w14:paraId="000000C5">
      <w:pPr>
        <w:rPr/>
      </w:pPr>
      <w:r w:rsidDel="00000000" w:rsidR="00000000" w:rsidRPr="00000000">
        <w:rPr>
          <w:rtl w:val="0"/>
        </w:rPr>
        <w:t xml:space="preserve">Okafor, Daniel T 9:21</w:t>
      </w:r>
    </w:p>
    <w:p w:rsidR="00000000" w:rsidDel="00000000" w:rsidP="00000000" w:rsidRDefault="00000000" w:rsidRPr="00000000" w14:paraId="000000C6">
      <w:pPr>
        <w:rPr/>
      </w:pPr>
      <w:r w:rsidDel="00000000" w:rsidR="00000000" w:rsidRPr="00000000">
        <w:rPr>
          <w:rtl w:val="0"/>
        </w:rPr>
        <w:t xml:space="preserve">I asked chapter services. They said it's a local financial control, so no pre-approval. We just file the amended bylaws afterward.</w:t>
      </w:r>
    </w:p>
    <w:p w:rsidR="00000000" w:rsidDel="00000000" w:rsidP="00000000" w:rsidRDefault="00000000" w:rsidRPr="00000000" w14:paraId="000000C7">
      <w:pPr>
        <w:rPr/>
      </w:pPr>
      <w:r w:rsidDel="00000000" w:rsidR="00000000" w:rsidRPr="00000000">
        <w:rPr>
          <w:rtl w:val="0"/>
        </w:rPr>
        <w:t xml:space="preserve">Dev Patel 9:31</w:t>
      </w:r>
    </w:p>
    <w:p w:rsidR="00000000" w:rsidDel="00000000" w:rsidP="00000000" w:rsidRDefault="00000000" w:rsidRPr="00000000" w14:paraId="000000C8">
      <w:pPr>
        <w:rPr/>
      </w:pPr>
      <w:r w:rsidDel="00000000" w:rsidR="00000000" w:rsidRPr="00000000">
        <w:rPr>
          <w:rtl w:val="0"/>
        </w:rPr>
        <w:t xml:space="preserve">OK.</w:t>
      </w:r>
    </w:p>
    <w:p w:rsidR="00000000" w:rsidDel="00000000" w:rsidP="00000000" w:rsidRDefault="00000000" w:rsidRPr="00000000" w14:paraId="000000C9">
      <w:pPr>
        <w:rPr/>
      </w:pPr>
      <w:r w:rsidDel="00000000" w:rsidR="00000000" w:rsidRPr="00000000">
        <w:rPr>
          <w:rtl w:val="0"/>
        </w:rPr>
        <w:t xml:space="preserve">Okafor, Daniel T 9:33</w:t>
      </w:r>
    </w:p>
    <w:p w:rsidR="00000000" w:rsidDel="00000000" w:rsidP="00000000" w:rsidRDefault="00000000" w:rsidRPr="00000000" w14:paraId="000000CA">
      <w:pPr>
        <w:rPr/>
      </w:pPr>
      <w:r w:rsidDel="00000000" w:rsidR="00000000" w:rsidRPr="00000000">
        <w:rPr>
          <w:rtl w:val="0"/>
        </w:rPr>
        <w:t xml:space="preserve">So the process is the board votes to send it to the membership, 30 days notice, then the members vote. If the notice goes out by December 18, we can vote at the banquet on January 28.</w:t>
      </w:r>
    </w:p>
    <w:p w:rsidR="00000000" w:rsidDel="00000000" w:rsidP="00000000" w:rsidRDefault="00000000" w:rsidRPr="00000000" w14:paraId="000000CB">
      <w:pPr>
        <w:rPr/>
      </w:pPr>
      <w:r w:rsidDel="00000000" w:rsidR="00000000" w:rsidRPr="00000000">
        <w:rPr>
          <w:rtl w:val="0"/>
        </w:rPr>
        <w:t xml:space="preserve">Linda Marsh 9:47</w:t>
      </w:r>
    </w:p>
    <w:p w:rsidR="00000000" w:rsidDel="00000000" w:rsidP="00000000" w:rsidRDefault="00000000" w:rsidRPr="00000000" w14:paraId="000000CC">
      <w:pPr>
        <w:rPr/>
      </w:pPr>
      <w:r w:rsidDel="00000000" w:rsidR="00000000" w:rsidRPr="00000000">
        <w:rPr>
          <w:rtl w:val="0"/>
        </w:rPr>
        <w:t xml:space="preserve">I'll move that the board recommend the amendment to Article 7, Section 3, as revised tonight, and send notice to the membership for a vote on January 28.</w:t>
      </w:r>
    </w:p>
    <w:p w:rsidR="00000000" w:rsidDel="00000000" w:rsidP="00000000" w:rsidRDefault="00000000" w:rsidRPr="00000000" w14:paraId="000000CD">
      <w:pPr>
        <w:rPr/>
      </w:pPr>
      <w:r w:rsidDel="00000000" w:rsidR="00000000" w:rsidRPr="00000000">
        <w:rPr>
          <w:rtl w:val="0"/>
        </w:rPr>
        <w:t xml:space="preserve">Tom Reyes 9:58</w:t>
      </w:r>
    </w:p>
    <w:p w:rsidR="00000000" w:rsidDel="00000000" w:rsidP="00000000" w:rsidRDefault="00000000" w:rsidRPr="00000000" w14:paraId="000000CE">
      <w:pPr>
        <w:rPr/>
      </w:pPr>
      <w:r w:rsidDel="00000000" w:rsidR="00000000" w:rsidRPr="00000000">
        <w:rPr>
          <w:rtl w:val="0"/>
        </w:rPr>
        <w:t xml:space="preserve">Second.</w:t>
      </w:r>
    </w:p>
    <w:p w:rsidR="00000000" w:rsidDel="00000000" w:rsidP="00000000" w:rsidRDefault="00000000" w:rsidRPr="00000000" w14:paraId="000000CF">
      <w:pPr>
        <w:rPr/>
      </w:pPr>
      <w:r w:rsidDel="00000000" w:rsidR="00000000" w:rsidRPr="00000000">
        <w:rPr>
          <w:rtl w:val="0"/>
        </w:rPr>
        <w:t xml:space="preserve">Okafor, Daniel T 10:00</w:t>
      </w:r>
    </w:p>
    <w:p w:rsidR="00000000" w:rsidDel="00000000" w:rsidP="00000000" w:rsidRDefault="00000000" w:rsidRPr="00000000" w14:paraId="000000D0">
      <w:pPr>
        <w:rPr/>
      </w:pPr>
      <w:r w:rsidDel="00000000" w:rsidR="00000000" w:rsidRPr="00000000">
        <w:rPr>
          <w:rtl w:val="0"/>
        </w:rPr>
        <w:t xml:space="preserve">Any discussion? OK. All in favor?</w:t>
      </w:r>
    </w:p>
    <w:p w:rsidR="00000000" w:rsidDel="00000000" w:rsidP="00000000" w:rsidRDefault="00000000" w:rsidRPr="00000000" w14:paraId="000000D1">
      <w:pPr>
        <w:rPr/>
      </w:pPr>
      <w:r w:rsidDel="00000000" w:rsidR="00000000" w:rsidRPr="00000000">
        <w:rPr>
          <w:rtl w:val="0"/>
        </w:rPr>
        <w:t xml:space="preserve">Dev Patel 10:04</w:t>
      </w:r>
    </w:p>
    <w:p w:rsidR="00000000" w:rsidDel="00000000" w:rsidP="00000000" w:rsidRDefault="00000000" w:rsidRPr="00000000" w14:paraId="000000D2">
      <w:pPr>
        <w:rPr/>
      </w:pPr>
      <w:r w:rsidDel="00000000" w:rsidR="00000000" w:rsidRPr="00000000">
        <w:rPr>
          <w:rtl w:val="0"/>
        </w:rPr>
        <w:t xml:space="preserve">Aye.</w:t>
      </w:r>
    </w:p>
    <w:p w:rsidR="00000000" w:rsidDel="00000000" w:rsidP="00000000" w:rsidRDefault="00000000" w:rsidRPr="00000000" w14:paraId="000000D3">
      <w:pPr>
        <w:rPr/>
      </w:pPr>
      <w:r w:rsidDel="00000000" w:rsidR="00000000" w:rsidRPr="00000000">
        <w:rPr>
          <w:rtl w:val="0"/>
        </w:rPr>
        <w:t xml:space="preserve">Maya Lindqvist 10:04</w:t>
      </w:r>
    </w:p>
    <w:p w:rsidR="00000000" w:rsidDel="00000000" w:rsidP="00000000" w:rsidRDefault="00000000" w:rsidRPr="00000000" w14:paraId="000000D4">
      <w:pPr>
        <w:rPr/>
      </w:pPr>
      <w:r w:rsidDel="00000000" w:rsidR="00000000" w:rsidRPr="00000000">
        <w:rPr>
          <w:rtl w:val="0"/>
        </w:rPr>
        <w:t xml:space="preserve">Aye.</w:t>
      </w:r>
    </w:p>
    <w:p w:rsidR="00000000" w:rsidDel="00000000" w:rsidP="00000000" w:rsidRDefault="00000000" w:rsidRPr="00000000" w14:paraId="000000D5">
      <w:pPr>
        <w:rPr/>
      </w:pPr>
      <w:r w:rsidDel="00000000" w:rsidR="00000000" w:rsidRPr="00000000">
        <w:rPr>
          <w:rtl w:val="0"/>
        </w:rPr>
        <w:t xml:space="preserve">Schultz, Karen 10:05</w:t>
      </w:r>
    </w:p>
    <w:p w:rsidR="00000000" w:rsidDel="00000000" w:rsidP="00000000" w:rsidRDefault="00000000" w:rsidRPr="00000000" w14:paraId="000000D6">
      <w:pPr>
        <w:rPr/>
      </w:pPr>
      <w:r w:rsidDel="00000000" w:rsidR="00000000" w:rsidRPr="00000000">
        <w:rPr>
          <w:rtl w:val="0"/>
        </w:rPr>
        <w:t xml:space="preserve">Aye.</w:t>
      </w:r>
    </w:p>
    <w:p w:rsidR="00000000" w:rsidDel="00000000" w:rsidP="00000000" w:rsidRDefault="00000000" w:rsidRPr="00000000" w14:paraId="000000D7">
      <w:pPr>
        <w:rPr/>
      </w:pPr>
      <w:r w:rsidDel="00000000" w:rsidR="00000000" w:rsidRPr="00000000">
        <w:rPr>
          <w:rtl w:val="0"/>
        </w:rPr>
        <w:t xml:space="preserve">Tom Reyes 10:05</w:t>
      </w:r>
    </w:p>
    <w:p w:rsidR="00000000" w:rsidDel="00000000" w:rsidP="00000000" w:rsidRDefault="00000000" w:rsidRPr="00000000" w14:paraId="000000D8">
      <w:pPr>
        <w:rPr/>
      </w:pPr>
      <w:r w:rsidDel="00000000" w:rsidR="00000000" w:rsidRPr="00000000">
        <w:rPr>
          <w:rtl w:val="0"/>
        </w:rPr>
        <w:t xml:space="preserve">Aye.</w:t>
      </w:r>
    </w:p>
    <w:p w:rsidR="00000000" w:rsidDel="00000000" w:rsidP="00000000" w:rsidRDefault="00000000" w:rsidRPr="00000000" w14:paraId="000000D9">
      <w:pPr>
        <w:rPr/>
      </w:pPr>
      <w:r w:rsidDel="00000000" w:rsidR="00000000" w:rsidRPr="00000000">
        <w:rPr>
          <w:rtl w:val="0"/>
        </w:rPr>
        <w:t xml:space="preserve">Okafor, Daniel T 10:07</w:t>
      </w:r>
    </w:p>
    <w:p w:rsidR="00000000" w:rsidDel="00000000" w:rsidP="00000000" w:rsidRDefault="00000000" w:rsidRPr="00000000" w14:paraId="000000DA">
      <w:pPr>
        <w:rPr/>
      </w:pPr>
      <w:r w:rsidDel="00000000" w:rsidR="00000000" w:rsidRPr="00000000">
        <w:rPr>
          <w:rtl w:val="0"/>
        </w:rPr>
        <w:t xml:space="preserve">Opposed? Carries. Karen, can the notice go out with the banquet reminder?</w:t>
      </w:r>
    </w:p>
    <w:p w:rsidR="00000000" w:rsidDel="00000000" w:rsidP="00000000" w:rsidRDefault="00000000" w:rsidRPr="00000000" w14:paraId="000000DB">
      <w:pPr>
        <w:rPr/>
      </w:pPr>
      <w:r w:rsidDel="00000000" w:rsidR="00000000" w:rsidRPr="00000000">
        <w:rPr>
          <w:rtl w:val="0"/>
        </w:rPr>
        <w:t xml:space="preserve">Schultz, Karen 10:13</w:t>
      </w:r>
    </w:p>
    <w:p w:rsidR="00000000" w:rsidDel="00000000" w:rsidP="00000000" w:rsidRDefault="00000000" w:rsidRPr="00000000" w14:paraId="000000DC">
      <w:pPr>
        <w:rPr/>
      </w:pPr>
      <w:r w:rsidDel="00000000" w:rsidR="00000000" w:rsidRPr="00000000">
        <w:rPr>
          <w:rtl w:val="0"/>
        </w:rPr>
        <w:t xml:space="preserve">Yes. I'll send it Monday the 14th.</w:t>
      </w:r>
    </w:p>
    <w:p w:rsidR="00000000" w:rsidDel="00000000" w:rsidP="00000000" w:rsidRDefault="00000000" w:rsidRPr="00000000" w14:paraId="000000DD">
      <w:pPr>
        <w:rPr/>
      </w:pPr>
      <w:r w:rsidDel="00000000" w:rsidR="00000000" w:rsidRPr="00000000">
        <w:rPr>
          <w:rtl w:val="0"/>
        </w:rPr>
        <w:t xml:space="preserve">Okafor, Daniel T 10:17</w:t>
      </w:r>
    </w:p>
    <w:p w:rsidR="00000000" w:rsidDel="00000000" w:rsidP="00000000" w:rsidRDefault="00000000" w:rsidRPr="00000000" w14:paraId="000000DE">
      <w:pPr>
        <w:rPr/>
      </w:pPr>
      <w:r w:rsidDel="00000000" w:rsidR="00000000" w:rsidRPr="00000000">
        <w:rPr>
          <w:rtl w:val="0"/>
        </w:rPr>
        <w:t xml:space="preserve">Good. New business. The secretary seat. The bylaws let the board appoint someone to fill a vacancy until the next election, which is May. I'd rather not have Karen doing two jobs for five months.</w:t>
      </w:r>
    </w:p>
    <w:p w:rsidR="00000000" w:rsidDel="00000000" w:rsidP="00000000" w:rsidRDefault="00000000" w:rsidRPr="00000000" w14:paraId="000000DF">
      <w:pPr>
        <w:rPr/>
      </w:pPr>
      <w:r w:rsidDel="00000000" w:rsidR="00000000" w:rsidRPr="00000000">
        <w:rPr>
          <w:rtl w:val="0"/>
        </w:rPr>
        <w:t xml:space="preserve">Schultz, Karen 10:33</w:t>
      </w:r>
    </w:p>
    <w:p w:rsidR="00000000" w:rsidDel="00000000" w:rsidP="00000000" w:rsidRDefault="00000000" w:rsidRPr="00000000" w14:paraId="000000E0">
      <w:pPr>
        <w:rPr/>
      </w:pPr>
      <w:r w:rsidDel="00000000" w:rsidR="00000000" w:rsidRPr="00000000">
        <w:rPr>
          <w:rtl w:val="0"/>
        </w:rPr>
        <w:t xml:space="preserve">I would also rather not.</w:t>
      </w:r>
    </w:p>
    <w:p w:rsidR="00000000" w:rsidDel="00000000" w:rsidP="00000000" w:rsidRDefault="00000000" w:rsidRPr="00000000" w14:paraId="000000E1">
      <w:pPr>
        <w:rPr/>
      </w:pPr>
      <w:r w:rsidDel="00000000" w:rsidR="00000000" w:rsidRPr="00000000">
        <w:rPr>
          <w:rtl w:val="0"/>
        </w:rPr>
        <w:t xml:space="preserve">Okafor, Daniel T 10:36</w:t>
      </w:r>
    </w:p>
    <w:p w:rsidR="00000000" w:rsidDel="00000000" w:rsidP="00000000" w:rsidRDefault="00000000" w:rsidRPr="00000000" w14:paraId="000000E2">
      <w:pPr>
        <w:rPr/>
      </w:pPr>
      <w:r w:rsidDel="00000000" w:rsidR="00000000" w:rsidRPr="00000000">
        <w:rPr>
          <w:rtl w:val="0"/>
        </w:rPr>
        <w:t xml:space="preserve">Does anyone have someone in mind?</w:t>
      </w:r>
    </w:p>
    <w:p w:rsidR="00000000" w:rsidDel="00000000" w:rsidP="00000000" w:rsidRDefault="00000000" w:rsidRPr="00000000" w14:paraId="000000E3">
      <w:pPr>
        <w:rPr/>
      </w:pPr>
      <w:r w:rsidDel="00000000" w:rsidR="00000000" w:rsidRPr="00000000">
        <w:rPr>
          <w:rtl w:val="0"/>
        </w:rPr>
        <w:t xml:space="preserve">Dev Patel 10:39</w:t>
      </w:r>
    </w:p>
    <w:p w:rsidR="00000000" w:rsidDel="00000000" w:rsidP="00000000" w:rsidRDefault="00000000" w:rsidRPr="00000000" w14:paraId="000000E4">
      <w:pPr>
        <w:rPr/>
      </w:pPr>
      <w:r w:rsidDel="00000000" w:rsidR="00000000" w:rsidRPr="00000000">
        <w:rPr>
          <w:rtl w:val="0"/>
        </w:rPr>
        <w:t xml:space="preserve">Yes, actually. Janelle Ortiz. She joined in the spring, she's come to every meeting, and she asked me at the P D C how to get more involved.</w:t>
      </w:r>
    </w:p>
    <w:p w:rsidR="00000000" w:rsidDel="00000000" w:rsidP="00000000" w:rsidRDefault="00000000" w:rsidRPr="00000000" w14:paraId="000000E5">
      <w:pPr>
        <w:rPr/>
      </w:pPr>
      <w:r w:rsidDel="00000000" w:rsidR="00000000" w:rsidRPr="00000000">
        <w:rPr>
          <w:rtl w:val="0"/>
        </w:rPr>
        <w:t xml:space="preserve">Tom Reyes 10:50</w:t>
      </w:r>
    </w:p>
    <w:p w:rsidR="00000000" w:rsidDel="00000000" w:rsidP="00000000" w:rsidRDefault="00000000" w:rsidRPr="00000000" w14:paraId="000000E6">
      <w:pPr>
        <w:rPr/>
      </w:pPr>
      <w:r w:rsidDel="00000000" w:rsidR="00000000" w:rsidRPr="00000000">
        <w:rPr>
          <w:rtl w:val="0"/>
        </w:rPr>
        <w:t xml:space="preserve">I know Janelle. She's organized. She'd be good.</w:t>
      </w:r>
    </w:p>
    <w:p w:rsidR="00000000" w:rsidDel="00000000" w:rsidP="00000000" w:rsidRDefault="00000000" w:rsidRPr="00000000" w14:paraId="000000E7">
      <w:pPr>
        <w:rPr/>
      </w:pPr>
      <w:r w:rsidDel="00000000" w:rsidR="00000000" w:rsidRPr="00000000">
        <w:rPr>
          <w:rtl w:val="0"/>
        </w:rPr>
        <w:t xml:space="preserve">Okafor, Daniel T 10:54</w:t>
      </w:r>
    </w:p>
    <w:p w:rsidR="00000000" w:rsidDel="00000000" w:rsidP="00000000" w:rsidRDefault="00000000" w:rsidRPr="00000000" w14:paraId="000000E8">
      <w:pPr>
        <w:rPr/>
      </w:pPr>
      <w:r w:rsidDel="00000000" w:rsidR="00000000" w:rsidRPr="00000000">
        <w:rPr>
          <w:rtl w:val="0"/>
        </w:rPr>
        <w:t xml:space="preserve">Dev, can you ask her if she's willing? If she is, we appoint her in January.</w:t>
      </w:r>
    </w:p>
    <w:p w:rsidR="00000000" w:rsidDel="00000000" w:rsidP="00000000" w:rsidRDefault="00000000" w:rsidRPr="00000000" w14:paraId="000000E9">
      <w:pPr>
        <w:rPr/>
      </w:pPr>
      <w:r w:rsidDel="00000000" w:rsidR="00000000" w:rsidRPr="00000000">
        <w:rPr>
          <w:rtl w:val="0"/>
        </w:rPr>
        <w:t xml:space="preserve">Dev Patel 10:59</w:t>
      </w:r>
    </w:p>
    <w:p w:rsidR="00000000" w:rsidDel="00000000" w:rsidP="00000000" w:rsidRDefault="00000000" w:rsidRPr="00000000" w14:paraId="000000EA">
      <w:pPr>
        <w:rPr/>
      </w:pPr>
      <w:r w:rsidDel="00000000" w:rsidR="00000000" w:rsidRPr="00000000">
        <w:rPr>
          <w:rtl w:val="0"/>
        </w:rPr>
        <w:t xml:space="preserve">I'll call her tomorrow.</w:t>
      </w:r>
    </w:p>
    <w:p w:rsidR="00000000" w:rsidDel="00000000" w:rsidP="00000000" w:rsidRDefault="00000000" w:rsidRPr="00000000" w14:paraId="000000EB">
      <w:pPr>
        <w:rPr/>
      </w:pPr>
      <w:r w:rsidDel="00000000" w:rsidR="00000000" w:rsidRPr="00000000">
        <w:rPr>
          <w:rtl w:val="0"/>
        </w:rPr>
        <w:t xml:space="preserve">Okafor, Daniel T 11:02</w:t>
      </w:r>
    </w:p>
    <w:p w:rsidR="00000000" w:rsidDel="00000000" w:rsidP="00000000" w:rsidRDefault="00000000" w:rsidRPr="00000000" w14:paraId="000000EC">
      <w:pPr>
        <w:rPr/>
      </w:pPr>
      <w:r w:rsidDel="00000000" w:rsidR="00000000" w:rsidRPr="00000000">
        <w:rPr>
          <w:rtl w:val="0"/>
        </w:rPr>
        <w:t xml:space="preserve">Thank you. Anything else for new business?</w:t>
      </w:r>
    </w:p>
    <w:p w:rsidR="00000000" w:rsidDel="00000000" w:rsidP="00000000" w:rsidRDefault="00000000" w:rsidRPr="00000000" w14:paraId="000000ED">
      <w:pPr>
        <w:rPr/>
      </w:pPr>
      <w:r w:rsidDel="00000000" w:rsidR="00000000" w:rsidRPr="00000000">
        <w:rPr>
          <w:rtl w:val="0"/>
        </w:rPr>
        <w:t xml:space="preserve">Maya Lindqvist 11:06</w:t>
      </w:r>
    </w:p>
    <w:p w:rsidR="00000000" w:rsidDel="00000000" w:rsidP="00000000" w:rsidRDefault="00000000" w:rsidRPr="00000000" w14:paraId="000000EE">
      <w:pPr>
        <w:rPr/>
      </w:pPr>
      <w:r w:rsidDel="00000000" w:rsidR="00000000" w:rsidRPr="00000000">
        <w:rPr>
          <w:rtl w:val="0"/>
        </w:rPr>
        <w:t xml:space="preserve">One quick thing. The student section wants to know if they can have a table at the January technical meeting to recruit mentors.</w:t>
      </w:r>
    </w:p>
    <w:p w:rsidR="00000000" w:rsidDel="00000000" w:rsidP="00000000" w:rsidRDefault="00000000" w:rsidRPr="00000000" w14:paraId="000000EF">
      <w:pPr>
        <w:rPr/>
      </w:pPr>
      <w:r w:rsidDel="00000000" w:rsidR="00000000" w:rsidRPr="00000000">
        <w:rPr>
          <w:rtl w:val="0"/>
        </w:rPr>
        <w:t xml:space="preserve">Tom Reyes 11:14</w:t>
      </w:r>
    </w:p>
    <w:p w:rsidR="00000000" w:rsidDel="00000000" w:rsidP="00000000" w:rsidRDefault="00000000" w:rsidRPr="00000000" w14:paraId="000000F0">
      <w:pPr>
        <w:rPr/>
      </w:pPr>
      <w:r w:rsidDel="00000000" w:rsidR="00000000" w:rsidRPr="00000000">
        <w:rPr>
          <w:rtl w:val="0"/>
        </w:rPr>
        <w:t xml:space="preserve">Fine with me. There's room in the back.</w:t>
      </w:r>
    </w:p>
    <w:p w:rsidR="00000000" w:rsidDel="00000000" w:rsidP="00000000" w:rsidRDefault="00000000" w:rsidRPr="00000000" w14:paraId="000000F1">
      <w:pPr>
        <w:rPr/>
      </w:pPr>
      <w:r w:rsidDel="00000000" w:rsidR="00000000" w:rsidRPr="00000000">
        <w:rPr>
          <w:rtl w:val="0"/>
        </w:rPr>
        <w:t xml:space="preserve">Okafor, Daniel T 11:17</w:t>
      </w:r>
    </w:p>
    <w:p w:rsidR="00000000" w:rsidDel="00000000" w:rsidP="00000000" w:rsidRDefault="00000000" w:rsidRPr="00000000" w14:paraId="000000F2">
      <w:pPr>
        <w:rPr/>
      </w:pPr>
      <w:r w:rsidDel="00000000" w:rsidR="00000000" w:rsidRPr="00000000">
        <w:rPr>
          <w:rtl w:val="0"/>
        </w:rPr>
        <w:t xml:space="preserve">Done. No vote needed. OK. Next meeting is Tuesday, January 12, 5:00 PM, virtual. Motion to adjourn?</w:t>
      </w:r>
    </w:p>
    <w:p w:rsidR="00000000" w:rsidDel="00000000" w:rsidP="00000000" w:rsidRDefault="00000000" w:rsidRPr="00000000" w14:paraId="000000F3">
      <w:pPr>
        <w:rPr/>
      </w:pPr>
      <w:r w:rsidDel="00000000" w:rsidR="00000000" w:rsidRPr="00000000">
        <w:rPr>
          <w:rtl w:val="0"/>
        </w:rPr>
        <w:t xml:space="preserve">Linda Marsh 11:27</w:t>
      </w:r>
    </w:p>
    <w:p w:rsidR="00000000" w:rsidDel="00000000" w:rsidP="00000000" w:rsidRDefault="00000000" w:rsidRPr="00000000" w14:paraId="000000F4">
      <w:pPr>
        <w:rPr/>
      </w:pPr>
      <w:r w:rsidDel="00000000" w:rsidR="00000000" w:rsidRPr="00000000">
        <w:rPr>
          <w:rtl w:val="0"/>
        </w:rPr>
        <w:t xml:space="preserve">So moved.</w:t>
      </w:r>
    </w:p>
    <w:p w:rsidR="00000000" w:rsidDel="00000000" w:rsidP="00000000" w:rsidRDefault="00000000" w:rsidRPr="00000000" w14:paraId="000000F5">
      <w:pPr>
        <w:rPr/>
      </w:pPr>
      <w:r w:rsidDel="00000000" w:rsidR="00000000" w:rsidRPr="00000000">
        <w:rPr>
          <w:rtl w:val="0"/>
        </w:rPr>
        <w:t xml:space="preserve">Maya Lindqvist 11:28</w:t>
      </w:r>
    </w:p>
    <w:p w:rsidR="00000000" w:rsidDel="00000000" w:rsidP="00000000" w:rsidRDefault="00000000" w:rsidRPr="00000000" w14:paraId="000000F6">
      <w:pPr>
        <w:rPr/>
      </w:pPr>
      <w:r w:rsidDel="00000000" w:rsidR="00000000" w:rsidRPr="00000000">
        <w:rPr>
          <w:rtl w:val="0"/>
        </w:rPr>
        <w:t xml:space="preserve">Second.</w:t>
      </w:r>
    </w:p>
    <w:p w:rsidR="00000000" w:rsidDel="00000000" w:rsidP="00000000" w:rsidRDefault="00000000" w:rsidRPr="00000000" w14:paraId="000000F7">
      <w:pPr>
        <w:rPr/>
      </w:pPr>
      <w:r w:rsidDel="00000000" w:rsidR="00000000" w:rsidRPr="00000000">
        <w:rPr>
          <w:rtl w:val="0"/>
        </w:rPr>
        <w:t xml:space="preserve">Okafor, Daniel T 11:30</w:t>
      </w:r>
    </w:p>
    <w:p w:rsidR="00000000" w:rsidDel="00000000" w:rsidP="00000000" w:rsidRDefault="00000000" w:rsidRPr="00000000" w14:paraId="000000F8">
      <w:pPr>
        <w:rPr/>
      </w:pPr>
      <w:r w:rsidDel="00000000" w:rsidR="00000000" w:rsidRPr="00000000">
        <w:rPr>
          <w:rtl w:val="0"/>
        </w:rPr>
        <w:t xml:space="preserve">Thanks, everyone. Happy holidays.</w:t>
      </w:r>
    </w:p>
    <w:p w:rsidR="00000000" w:rsidDel="00000000" w:rsidP="00000000" w:rsidRDefault="00000000" w:rsidRPr="00000000" w14:paraId="000000F9">
      <w:pPr>
        <w:rPr/>
      </w:pPr>
      <w:r w:rsidDel="00000000" w:rsidR="00000000" w:rsidRPr="00000000">
        <w:rPr>
          <w:rtl w:val="0"/>
        </w:rPr>
        <w:t xml:space="preserve">Tom Reyes 11:32</w:t>
      </w:r>
    </w:p>
    <w:p w:rsidR="00000000" w:rsidDel="00000000" w:rsidP="00000000" w:rsidRDefault="00000000" w:rsidRPr="00000000" w14:paraId="000000FA">
      <w:pPr>
        <w:rPr/>
      </w:pPr>
      <w:r w:rsidDel="00000000" w:rsidR="00000000" w:rsidRPr="00000000">
        <w:rPr>
          <w:rtl w:val="0"/>
        </w:rPr>
        <w:t xml:space="preserve">Happy holidays.</w:t>
      </w:r>
    </w:p>
    <w:p w:rsidR="00000000" w:rsidDel="00000000" w:rsidP="00000000" w:rsidRDefault="00000000" w:rsidRPr="00000000" w14:paraId="000000FB">
      <w:pPr>
        <w:rPr/>
      </w:pPr>
      <w:r w:rsidDel="00000000" w:rsidR="00000000" w:rsidRPr="00000000">
        <w:rPr>
          <w:rtl w:val="0"/>
        </w:rPr>
        <w:t xml:space="preserve">Schultz, Karen 11:33</w:t>
      </w:r>
    </w:p>
    <w:p w:rsidR="00000000" w:rsidDel="00000000" w:rsidP="00000000" w:rsidRDefault="00000000" w:rsidRPr="00000000" w14:paraId="000000FC">
      <w:pPr>
        <w:rPr/>
      </w:pPr>
      <w:r w:rsidDel="00000000" w:rsidR="00000000" w:rsidRPr="00000000">
        <w:rPr>
          <w:rtl w:val="0"/>
        </w:rPr>
        <w:t xml:space="preserve">Bye all.</w:t>
      </w:r>
    </w:p>
    <w:p w:rsidR="00000000" w:rsidDel="00000000" w:rsidP="00000000" w:rsidRDefault="00000000" w:rsidRPr="00000000" w14:paraId="000000FD">
      <w:pPr>
        <w:rPr/>
      </w:pPr>
      <w:r w:rsidDel="00000000" w:rsidR="00000000" w:rsidRPr="00000000">
        <w:rPr>
          <w:rtl w:val="0"/>
        </w:rPr>
        <w:t xml:space="preserve">Okafor, Daniel T stopped transcription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EnNvJKdXqCJvZXsJyW93N6Vg4g==">CgMxLjA4AHIhMVNnX04zYTRLMERDWTZpcXl6UXQxYl9fdlFoalZITlRx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